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EF4D2" w14:textId="77777777" w:rsidR="00645EE6" w:rsidRDefault="00007634">
      <w:pPr>
        <w:pStyle w:val="Kicker"/>
        <w:spacing w:after="100"/>
      </w:pPr>
      <w:r>
        <w:rPr>
          <w:b w:val="0"/>
        </w:rPr>
        <w:t>FUNDUSZE EUROPEJSKIE DLA MAZOWSZA 2021-2027</w:t>
      </w:r>
    </w:p>
    <w:p w14:paraId="51F2D8E8" w14:textId="77777777" w:rsidR="00645EE6" w:rsidRDefault="00007634">
      <w:pPr>
        <w:spacing w:after="80"/>
      </w:pPr>
      <w:r>
        <w:rPr>
          <w:b/>
          <w:color w:val="17365D"/>
          <w:sz w:val="50"/>
        </w:rPr>
        <w:t>EKOLOGICZNA MIESZANKA MGS</w:t>
      </w:r>
    </w:p>
    <w:p w14:paraId="6C781418" w14:textId="77777777" w:rsidR="00645EE6" w:rsidRDefault="00007634">
      <w:pPr>
        <w:pStyle w:val="Lead"/>
        <w:spacing w:after="200"/>
      </w:pPr>
      <w:r>
        <w:t xml:space="preserve">Nowa </w:t>
      </w:r>
      <w:proofErr w:type="spellStart"/>
      <w:r>
        <w:t>technologia</w:t>
      </w:r>
      <w:proofErr w:type="spellEnd"/>
      <w:r>
        <w:t xml:space="preserve"> </w:t>
      </w:r>
      <w:proofErr w:type="spellStart"/>
      <w:r>
        <w:t>rehabilitacji</w:t>
      </w:r>
      <w:proofErr w:type="spellEnd"/>
      <w:r>
        <w:t xml:space="preserve"> </w:t>
      </w:r>
      <w:proofErr w:type="spellStart"/>
      <w:r>
        <w:t>podbudów</w:t>
      </w:r>
      <w:proofErr w:type="spellEnd"/>
      <w:r>
        <w:t xml:space="preserve"> </w:t>
      </w:r>
      <w:proofErr w:type="spellStart"/>
      <w:r>
        <w:t>dróg</w:t>
      </w:r>
      <w:proofErr w:type="spellEnd"/>
      <w:r>
        <w:t xml:space="preserve"> </w:t>
      </w:r>
      <w:proofErr w:type="spellStart"/>
      <w:r>
        <w:t>samorządowych</w:t>
      </w:r>
      <w:proofErr w:type="spellEnd"/>
    </w:p>
    <w:p w14:paraId="55A7D86D" w14:textId="46C0A501" w:rsidR="00645EE6" w:rsidRDefault="00960AC0">
      <w:pPr>
        <w:jc w:val="center"/>
      </w:pPr>
      <w:r>
        <w:rPr>
          <w:noProof/>
        </w:rPr>
        <w:drawing>
          <wp:inline distT="0" distB="0" distL="0" distR="0" wp14:anchorId="5166D43F" wp14:editId="5090F510">
            <wp:extent cx="5060950" cy="3361473"/>
            <wp:effectExtent l="0" t="0" r="6350" b="0"/>
            <wp:docPr id="211590172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593" cy="3368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091"/>
      </w:tblGrid>
      <w:tr w:rsidR="00645EE6" w14:paraId="1C514C9B" w14:textId="77777777">
        <w:trPr>
          <w:jc w:val="center"/>
        </w:trPr>
        <w:tc>
          <w:tcPr>
            <w:tcW w:w="10091" w:type="dxa"/>
            <w:shd w:val="clear" w:color="auto" w:fill="0067B1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2326A33E" w14:textId="77777777" w:rsidR="00645EE6" w:rsidRDefault="00007634">
            <w:pPr>
              <w:spacing w:after="0"/>
            </w:pPr>
            <w:proofErr w:type="spellStart"/>
            <w:r>
              <w:rPr>
                <w:b/>
                <w:color w:val="FFFFFF"/>
                <w:sz w:val="24"/>
              </w:rPr>
              <w:t>Odpady</w:t>
            </w:r>
            <w:proofErr w:type="spellEnd"/>
            <w:r>
              <w:rPr>
                <w:b/>
                <w:color w:val="FFFFFF"/>
                <w:sz w:val="24"/>
              </w:rPr>
              <w:t xml:space="preserve"> </w:t>
            </w:r>
            <w:proofErr w:type="spellStart"/>
            <w:r>
              <w:rPr>
                <w:b/>
                <w:color w:val="FFFFFF"/>
                <w:sz w:val="24"/>
              </w:rPr>
              <w:t>budowlane</w:t>
            </w:r>
            <w:proofErr w:type="spellEnd"/>
            <w:r>
              <w:rPr>
                <w:b/>
                <w:color w:val="FFFFFF"/>
                <w:sz w:val="24"/>
              </w:rPr>
              <w:t xml:space="preserve"> </w:t>
            </w:r>
            <w:proofErr w:type="spellStart"/>
            <w:r>
              <w:rPr>
                <w:b/>
                <w:color w:val="FFFFFF"/>
                <w:sz w:val="24"/>
              </w:rPr>
              <w:t>wracają</w:t>
            </w:r>
            <w:proofErr w:type="spellEnd"/>
            <w:r>
              <w:rPr>
                <w:b/>
                <w:color w:val="FFFFFF"/>
                <w:sz w:val="24"/>
              </w:rPr>
              <w:t xml:space="preserve"> do </w:t>
            </w:r>
            <w:proofErr w:type="spellStart"/>
            <w:r>
              <w:rPr>
                <w:b/>
                <w:color w:val="FFFFFF"/>
                <w:sz w:val="24"/>
              </w:rPr>
              <w:t>obiegu</w:t>
            </w:r>
            <w:proofErr w:type="spellEnd"/>
            <w:r>
              <w:rPr>
                <w:b/>
                <w:color w:val="FFFFFF"/>
                <w:sz w:val="24"/>
              </w:rPr>
              <w:t xml:space="preserve"> </w:t>
            </w:r>
            <w:proofErr w:type="spellStart"/>
            <w:r>
              <w:rPr>
                <w:b/>
                <w:color w:val="FFFFFF"/>
                <w:sz w:val="24"/>
              </w:rPr>
              <w:t>jako</w:t>
            </w:r>
            <w:proofErr w:type="spellEnd"/>
            <w:r>
              <w:rPr>
                <w:b/>
                <w:color w:val="FFFFFF"/>
                <w:sz w:val="24"/>
              </w:rPr>
              <w:t xml:space="preserve"> </w:t>
            </w:r>
            <w:proofErr w:type="spellStart"/>
            <w:r>
              <w:rPr>
                <w:b/>
                <w:color w:val="FFFFFF"/>
                <w:sz w:val="24"/>
              </w:rPr>
              <w:t>pełnowartościowy</w:t>
            </w:r>
            <w:proofErr w:type="spellEnd"/>
            <w:r>
              <w:rPr>
                <w:b/>
                <w:color w:val="FFFFFF"/>
                <w:sz w:val="24"/>
              </w:rPr>
              <w:t xml:space="preserve"> </w:t>
            </w:r>
            <w:proofErr w:type="spellStart"/>
            <w:r>
              <w:rPr>
                <w:b/>
                <w:color w:val="FFFFFF"/>
                <w:sz w:val="24"/>
              </w:rPr>
              <w:t>składnik</w:t>
            </w:r>
            <w:proofErr w:type="spellEnd"/>
            <w:r>
              <w:rPr>
                <w:b/>
                <w:color w:val="FFFFFF"/>
                <w:sz w:val="24"/>
              </w:rPr>
              <w:t xml:space="preserve"> </w:t>
            </w:r>
            <w:proofErr w:type="spellStart"/>
            <w:r>
              <w:rPr>
                <w:b/>
                <w:color w:val="FFFFFF"/>
                <w:sz w:val="24"/>
              </w:rPr>
              <w:t>trwałej</w:t>
            </w:r>
            <w:proofErr w:type="spellEnd"/>
            <w:r>
              <w:rPr>
                <w:b/>
                <w:color w:val="FFFFFF"/>
                <w:sz w:val="24"/>
              </w:rPr>
              <w:t xml:space="preserve"> </w:t>
            </w:r>
            <w:proofErr w:type="spellStart"/>
            <w:r>
              <w:rPr>
                <w:b/>
                <w:color w:val="FFFFFF"/>
                <w:sz w:val="24"/>
              </w:rPr>
              <w:t>warstwy</w:t>
            </w:r>
            <w:proofErr w:type="spellEnd"/>
            <w:r>
              <w:rPr>
                <w:b/>
                <w:color w:val="FFFFFF"/>
                <w:sz w:val="24"/>
              </w:rPr>
              <w:t xml:space="preserve"> </w:t>
            </w:r>
            <w:proofErr w:type="spellStart"/>
            <w:r>
              <w:rPr>
                <w:b/>
                <w:color w:val="FFFFFF"/>
                <w:sz w:val="24"/>
              </w:rPr>
              <w:t>drogowej</w:t>
            </w:r>
            <w:proofErr w:type="spellEnd"/>
            <w:r>
              <w:rPr>
                <w:b/>
                <w:color w:val="FFFFFF"/>
                <w:sz w:val="24"/>
              </w:rPr>
              <w:t>.</w:t>
            </w:r>
          </w:p>
        </w:tc>
      </w:tr>
    </w:tbl>
    <w:p w14:paraId="75F489EE" w14:textId="77777777" w:rsidR="00645EE6" w:rsidRDefault="00645EE6">
      <w:pPr>
        <w:spacing w:after="0"/>
      </w:pPr>
    </w:p>
    <w:p w14:paraId="415C756F" w14:textId="77777777" w:rsidR="00645EE6" w:rsidRDefault="00007634">
      <w:pPr>
        <w:pStyle w:val="Nagwek2"/>
        <w:spacing w:before="60"/>
      </w:pPr>
      <w:r>
        <w:rPr>
          <w:b w:val="0"/>
        </w:rPr>
        <w:t xml:space="preserve">Projekt w </w:t>
      </w:r>
      <w:proofErr w:type="spellStart"/>
      <w:r>
        <w:rPr>
          <w:b w:val="0"/>
        </w:rPr>
        <w:t>skrócie</w:t>
      </w:r>
      <w:proofErr w:type="spellEnd"/>
    </w:p>
    <w:p w14:paraId="1311F47A" w14:textId="104D891B" w:rsidR="00645EE6" w:rsidRDefault="00007634">
      <w:r>
        <w:t>ANODOS Sp. z</w:t>
      </w:r>
      <w:r w:rsidR="00AD5E2C">
        <w:t xml:space="preserve"> </w:t>
      </w:r>
      <w:proofErr w:type="spellStart"/>
      <w:r w:rsidR="00AD5E2C">
        <w:t>o.o.</w:t>
      </w:r>
      <w:proofErr w:type="spellEnd"/>
      <w:r w:rsidR="00AD5E2C">
        <w:t xml:space="preserve"> </w:t>
      </w:r>
      <w:proofErr w:type="spellStart"/>
      <w:r w:rsidR="00AD5E2C">
        <w:t>będzie</w:t>
      </w:r>
      <w:proofErr w:type="spellEnd"/>
      <w:r w:rsidR="00AD5E2C">
        <w:t xml:space="preserve"> </w:t>
      </w:r>
      <w:proofErr w:type="spellStart"/>
      <w:r w:rsidR="00AD5E2C">
        <w:t>realizowała</w:t>
      </w:r>
      <w:proofErr w:type="spellEnd"/>
      <w:r w:rsidR="00AD5E2C">
        <w:t xml:space="preserve"> </w:t>
      </w:r>
      <w:proofErr w:type="spellStart"/>
      <w:r>
        <w:t>projekt</w:t>
      </w:r>
      <w:proofErr w:type="spellEnd"/>
      <w:r>
        <w:t xml:space="preserve"> </w:t>
      </w:r>
      <w:proofErr w:type="spellStart"/>
      <w:r>
        <w:t>badawczo-rozwojowy</w:t>
      </w:r>
      <w:proofErr w:type="spellEnd"/>
      <w:r>
        <w:t xml:space="preserve"> </w:t>
      </w:r>
      <w:proofErr w:type="spellStart"/>
      <w:r>
        <w:t>poświęcony</w:t>
      </w:r>
      <w:proofErr w:type="spellEnd"/>
      <w:r>
        <w:t xml:space="preserve"> </w:t>
      </w:r>
      <w:proofErr w:type="spellStart"/>
      <w:r>
        <w:t>opracowaniu</w:t>
      </w:r>
      <w:proofErr w:type="spellEnd"/>
      <w:r>
        <w:t xml:space="preserve"> </w:t>
      </w:r>
      <w:proofErr w:type="spellStart"/>
      <w:r>
        <w:t>mieszanki</w:t>
      </w:r>
      <w:proofErr w:type="spellEnd"/>
      <w:r>
        <w:t xml:space="preserve"> MGS </w:t>
      </w:r>
      <w:proofErr w:type="spellStart"/>
      <w:r>
        <w:t>i</w:t>
      </w:r>
      <w:proofErr w:type="spellEnd"/>
      <w:r>
        <w:t xml:space="preserve"> </w:t>
      </w:r>
      <w:proofErr w:type="spellStart"/>
      <w:r>
        <w:t>kompletnej</w:t>
      </w:r>
      <w:proofErr w:type="spellEnd"/>
      <w:r>
        <w:t xml:space="preserve"> </w:t>
      </w:r>
      <w:proofErr w:type="spellStart"/>
      <w:r>
        <w:t>technologii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stosowania</w:t>
      </w:r>
      <w:proofErr w:type="spellEnd"/>
      <w:r>
        <w:t xml:space="preserve">. </w:t>
      </w:r>
      <w:proofErr w:type="spellStart"/>
      <w:r>
        <w:t>Rozwiązanie</w:t>
      </w:r>
      <w:proofErr w:type="spellEnd"/>
      <w:r>
        <w:t xml:space="preserve"> </w:t>
      </w:r>
      <w:proofErr w:type="spellStart"/>
      <w:r>
        <w:t>wykorzystuje</w:t>
      </w:r>
      <w:proofErr w:type="spellEnd"/>
      <w:r>
        <w:t xml:space="preserve"> </w:t>
      </w:r>
      <w:proofErr w:type="spellStart"/>
      <w:r>
        <w:t>kruszywo</w:t>
      </w:r>
      <w:proofErr w:type="spellEnd"/>
      <w:r>
        <w:t xml:space="preserve"> </w:t>
      </w:r>
      <w:proofErr w:type="spellStart"/>
      <w:r>
        <w:t>betonowe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ceglane</w:t>
      </w:r>
      <w:proofErr w:type="spellEnd"/>
      <w:r>
        <w:t xml:space="preserve"> z </w:t>
      </w:r>
      <w:proofErr w:type="spellStart"/>
      <w:r>
        <w:t>recyklingu</w:t>
      </w:r>
      <w:proofErr w:type="spellEnd"/>
      <w:r>
        <w:t xml:space="preserve">, </w:t>
      </w:r>
      <w:proofErr w:type="spellStart"/>
      <w:r>
        <w:t>granulat</w:t>
      </w:r>
      <w:proofErr w:type="spellEnd"/>
      <w:r>
        <w:t xml:space="preserve"> </w:t>
      </w:r>
      <w:proofErr w:type="spellStart"/>
      <w:r>
        <w:t>gumowy</w:t>
      </w:r>
      <w:proofErr w:type="spellEnd"/>
      <w:r>
        <w:t xml:space="preserve"> SBR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spoiwo</w:t>
      </w:r>
      <w:proofErr w:type="spellEnd"/>
      <w:r>
        <w:t xml:space="preserve"> </w:t>
      </w:r>
      <w:proofErr w:type="spellStart"/>
      <w:r>
        <w:t>hydrauliczne</w:t>
      </w:r>
      <w:proofErr w:type="spellEnd"/>
      <w:r>
        <w:t xml:space="preserve">, aby </w:t>
      </w:r>
      <w:proofErr w:type="spellStart"/>
      <w:r>
        <w:t>wzmacniać</w:t>
      </w:r>
      <w:proofErr w:type="spellEnd"/>
      <w:r>
        <w:t xml:space="preserve"> </w:t>
      </w:r>
      <w:proofErr w:type="spellStart"/>
      <w:r>
        <w:t>istniejące</w:t>
      </w:r>
      <w:proofErr w:type="spellEnd"/>
      <w:r>
        <w:t xml:space="preserve"> </w:t>
      </w:r>
      <w:proofErr w:type="spellStart"/>
      <w:r>
        <w:t>podłoża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podbudowy</w:t>
      </w:r>
      <w:proofErr w:type="spellEnd"/>
      <w:r>
        <w:t xml:space="preserve"> </w:t>
      </w:r>
      <w:proofErr w:type="spellStart"/>
      <w:r>
        <w:t>dróg</w:t>
      </w:r>
      <w:proofErr w:type="spellEnd"/>
      <w:r>
        <w:t xml:space="preserve"> </w:t>
      </w:r>
      <w:proofErr w:type="spellStart"/>
      <w:r>
        <w:t>lokalnych</w:t>
      </w:r>
      <w:proofErr w:type="spellEnd"/>
      <w:r>
        <w:t>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364"/>
        <w:gridCol w:w="3364"/>
        <w:gridCol w:w="3364"/>
      </w:tblGrid>
      <w:tr w:rsidR="00645EE6" w14:paraId="436F8CC5" w14:textId="77777777">
        <w:trPr>
          <w:jc w:val="center"/>
        </w:trPr>
        <w:tc>
          <w:tcPr>
            <w:tcW w:w="3364" w:type="dxa"/>
            <w:shd w:val="clear" w:color="auto" w:fill="F3F7F9"/>
            <w:tcMar>
              <w:top w:w="140" w:type="dxa"/>
              <w:left w:w="120" w:type="dxa"/>
              <w:bottom w:w="130" w:type="dxa"/>
              <w:right w:w="120" w:type="dxa"/>
            </w:tcMar>
            <w:vAlign w:val="center"/>
          </w:tcPr>
          <w:p w14:paraId="32DC94EF" w14:textId="77777777" w:rsidR="00645EE6" w:rsidRDefault="00007634">
            <w:pPr>
              <w:pStyle w:val="Metric"/>
              <w:jc w:val="center"/>
            </w:pPr>
            <w:r>
              <w:t xml:space="preserve">6,43 </w:t>
            </w:r>
            <w:proofErr w:type="spellStart"/>
            <w:r>
              <w:t>mln</w:t>
            </w:r>
            <w:proofErr w:type="spellEnd"/>
            <w:r>
              <w:t xml:space="preserve"> </w:t>
            </w:r>
            <w:proofErr w:type="spellStart"/>
            <w:r>
              <w:t>zł</w:t>
            </w:r>
            <w:proofErr w:type="spellEnd"/>
          </w:p>
          <w:p w14:paraId="534A5988" w14:textId="77777777" w:rsidR="00645EE6" w:rsidRDefault="00007634">
            <w:pPr>
              <w:pStyle w:val="MetricLabel"/>
              <w:jc w:val="center"/>
            </w:pPr>
            <w:proofErr w:type="spellStart"/>
            <w:r>
              <w:t>wartość</w:t>
            </w:r>
            <w:proofErr w:type="spellEnd"/>
            <w:r>
              <w:t xml:space="preserve"> </w:t>
            </w:r>
            <w:proofErr w:type="spellStart"/>
            <w:r>
              <w:t>projektu</w:t>
            </w:r>
            <w:proofErr w:type="spellEnd"/>
          </w:p>
        </w:tc>
        <w:tc>
          <w:tcPr>
            <w:tcW w:w="3364" w:type="dxa"/>
            <w:shd w:val="clear" w:color="auto" w:fill="F3F7F9"/>
            <w:tcMar>
              <w:top w:w="140" w:type="dxa"/>
              <w:left w:w="120" w:type="dxa"/>
              <w:bottom w:w="130" w:type="dxa"/>
              <w:right w:w="120" w:type="dxa"/>
            </w:tcMar>
            <w:vAlign w:val="center"/>
          </w:tcPr>
          <w:p w14:paraId="6659A5E6" w14:textId="56AF48C9" w:rsidR="00645EE6" w:rsidRDefault="00007634">
            <w:pPr>
              <w:pStyle w:val="Metric"/>
              <w:jc w:val="center"/>
            </w:pPr>
            <w:r>
              <w:t>3,</w:t>
            </w:r>
            <w:r w:rsidR="00B9226F">
              <w:t>30</w:t>
            </w:r>
            <w:r>
              <w:t xml:space="preserve"> </w:t>
            </w:r>
            <w:proofErr w:type="spellStart"/>
            <w:r>
              <w:t>mln</w:t>
            </w:r>
            <w:proofErr w:type="spellEnd"/>
            <w:r>
              <w:t xml:space="preserve"> </w:t>
            </w:r>
            <w:proofErr w:type="spellStart"/>
            <w:r>
              <w:t>zł</w:t>
            </w:r>
            <w:proofErr w:type="spellEnd"/>
          </w:p>
          <w:p w14:paraId="183E4D30" w14:textId="77777777" w:rsidR="00645EE6" w:rsidRDefault="00007634">
            <w:pPr>
              <w:pStyle w:val="MetricLabel"/>
              <w:jc w:val="center"/>
            </w:pPr>
            <w:proofErr w:type="spellStart"/>
            <w:r>
              <w:t>dofinansowanie</w:t>
            </w:r>
            <w:proofErr w:type="spellEnd"/>
            <w:r>
              <w:t xml:space="preserve"> UE</w:t>
            </w:r>
          </w:p>
        </w:tc>
        <w:tc>
          <w:tcPr>
            <w:tcW w:w="3364" w:type="dxa"/>
            <w:shd w:val="clear" w:color="auto" w:fill="F3F7F9"/>
            <w:tcMar>
              <w:top w:w="140" w:type="dxa"/>
              <w:left w:w="120" w:type="dxa"/>
              <w:bottom w:w="130" w:type="dxa"/>
              <w:right w:w="120" w:type="dxa"/>
            </w:tcMar>
            <w:vAlign w:val="center"/>
          </w:tcPr>
          <w:p w14:paraId="2923DBBE" w14:textId="77777777" w:rsidR="00645EE6" w:rsidRDefault="00007634">
            <w:pPr>
              <w:pStyle w:val="Metric"/>
              <w:jc w:val="center"/>
            </w:pPr>
            <w:r>
              <w:t>TRL VIII</w:t>
            </w:r>
          </w:p>
          <w:p w14:paraId="5FB1CF6E" w14:textId="77777777" w:rsidR="00645EE6" w:rsidRDefault="00007634">
            <w:pPr>
              <w:pStyle w:val="MetricLabel"/>
              <w:jc w:val="center"/>
            </w:pPr>
            <w:proofErr w:type="spellStart"/>
            <w:r>
              <w:t>gotowość</w:t>
            </w:r>
            <w:proofErr w:type="spellEnd"/>
            <w:r>
              <w:t xml:space="preserve"> </w:t>
            </w:r>
            <w:proofErr w:type="spellStart"/>
            <w:r>
              <w:t>technologii</w:t>
            </w:r>
            <w:proofErr w:type="spellEnd"/>
          </w:p>
        </w:tc>
      </w:tr>
    </w:tbl>
    <w:p w14:paraId="29784B4B" w14:textId="77777777" w:rsidR="00645EE6" w:rsidRDefault="00645EE6">
      <w:pPr>
        <w:spacing w:after="20"/>
      </w:pPr>
    </w:p>
    <w:p w14:paraId="06ED3B0A" w14:textId="77777777" w:rsidR="00645EE6" w:rsidRDefault="00007634">
      <w:pPr>
        <w:pStyle w:val="Small"/>
        <w:spacing w:after="100"/>
        <w:jc w:val="center"/>
      </w:pPr>
      <w:r>
        <w:t xml:space="preserve">Projekt nr FEMA.01.01-IP.01-02HK/24  |  </w:t>
      </w:r>
      <w:proofErr w:type="spellStart"/>
      <w:r>
        <w:t>Realizacja</w:t>
      </w:r>
      <w:proofErr w:type="spellEnd"/>
      <w:r>
        <w:t>: 01.01.2025-31.05.2026</w:t>
      </w:r>
    </w:p>
    <w:p w14:paraId="55FEAA5A" w14:textId="77777777" w:rsidR="00645EE6" w:rsidRDefault="00007634">
      <w:pPr>
        <w:jc w:val="center"/>
      </w:pPr>
      <w:r>
        <w:rPr>
          <w:noProof/>
          <w:lang w:val="pl-PL" w:eastAsia="pl-PL"/>
        </w:rPr>
        <w:drawing>
          <wp:inline distT="0" distB="0" distL="0" distR="0" wp14:anchorId="7262D338" wp14:editId="544E052D">
            <wp:extent cx="6192000" cy="7765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2000" cy="77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A0F9F" w14:textId="77777777" w:rsidR="00645EE6" w:rsidRDefault="00007634">
      <w:pPr>
        <w:pStyle w:val="Small"/>
        <w:spacing w:after="0"/>
        <w:jc w:val="center"/>
      </w:pPr>
      <w:r>
        <w:t xml:space="preserve">Projekt </w:t>
      </w:r>
      <w:proofErr w:type="spellStart"/>
      <w:r>
        <w:t>współfinansowany</w:t>
      </w:r>
      <w:proofErr w:type="spellEnd"/>
      <w:r>
        <w:t xml:space="preserve"> z </w:t>
      </w:r>
      <w:proofErr w:type="spellStart"/>
      <w:r>
        <w:t>Europejskiego</w:t>
      </w:r>
      <w:proofErr w:type="spellEnd"/>
      <w:r>
        <w:t xml:space="preserve"> </w:t>
      </w:r>
      <w:proofErr w:type="spellStart"/>
      <w:r>
        <w:t>Funduszu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 </w:t>
      </w:r>
      <w:proofErr w:type="spellStart"/>
      <w:r>
        <w:t>Regionalnego</w:t>
      </w:r>
      <w:proofErr w:type="spellEnd"/>
      <w:r>
        <w:t xml:space="preserve"> w </w:t>
      </w:r>
      <w:proofErr w:type="spellStart"/>
      <w:r>
        <w:t>ramach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 xml:space="preserve"> </w:t>
      </w:r>
      <w:proofErr w:type="spellStart"/>
      <w:r>
        <w:t>Fundusze</w:t>
      </w:r>
      <w:proofErr w:type="spellEnd"/>
      <w:r>
        <w:t xml:space="preserve"> </w:t>
      </w:r>
      <w:proofErr w:type="spellStart"/>
      <w:r>
        <w:t>Europejskie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Mazowsza</w:t>
      </w:r>
      <w:proofErr w:type="spellEnd"/>
      <w:r>
        <w:t xml:space="preserve"> 2021-2027.</w:t>
      </w:r>
    </w:p>
    <w:p w14:paraId="399600D5" w14:textId="77777777" w:rsidR="00645EE6" w:rsidRDefault="00007634">
      <w:r>
        <w:br w:type="page"/>
      </w:r>
    </w:p>
    <w:p w14:paraId="4AAABC73" w14:textId="77777777" w:rsidR="00645EE6" w:rsidRDefault="00007634">
      <w:pPr>
        <w:pStyle w:val="Kicker"/>
      </w:pPr>
      <w:r>
        <w:rPr>
          <w:b w:val="0"/>
        </w:rPr>
        <w:lastRenderedPageBreak/>
        <w:t>OD POMYSŁU DO TECHNOLOGII</w:t>
      </w:r>
    </w:p>
    <w:p w14:paraId="130C7626" w14:textId="77777777" w:rsidR="00645EE6" w:rsidRDefault="00007634">
      <w:pPr>
        <w:spacing w:after="80"/>
      </w:pPr>
      <w:proofErr w:type="spellStart"/>
      <w:r>
        <w:rPr>
          <w:b/>
          <w:color w:val="17365D"/>
          <w:sz w:val="50"/>
        </w:rPr>
        <w:t>Trzy</w:t>
      </w:r>
      <w:proofErr w:type="spellEnd"/>
      <w:r>
        <w:rPr>
          <w:b/>
          <w:color w:val="17365D"/>
          <w:sz w:val="50"/>
        </w:rPr>
        <w:t xml:space="preserve"> </w:t>
      </w:r>
      <w:proofErr w:type="spellStart"/>
      <w:r>
        <w:rPr>
          <w:b/>
          <w:color w:val="17365D"/>
          <w:sz w:val="50"/>
        </w:rPr>
        <w:t>etapy</w:t>
      </w:r>
      <w:proofErr w:type="spellEnd"/>
      <w:r>
        <w:rPr>
          <w:b/>
          <w:color w:val="17365D"/>
          <w:sz w:val="50"/>
        </w:rPr>
        <w:t xml:space="preserve"> </w:t>
      </w:r>
      <w:proofErr w:type="spellStart"/>
      <w:r>
        <w:rPr>
          <w:b/>
          <w:color w:val="17365D"/>
          <w:sz w:val="50"/>
        </w:rPr>
        <w:t>prac</w:t>
      </w:r>
      <w:proofErr w:type="spellEnd"/>
      <w:r>
        <w:rPr>
          <w:b/>
          <w:color w:val="17365D"/>
          <w:sz w:val="50"/>
        </w:rPr>
        <w:t xml:space="preserve"> B+R</w:t>
      </w:r>
    </w:p>
    <w:p w14:paraId="601D58A2" w14:textId="2FAF0921" w:rsidR="00645EE6" w:rsidRDefault="00AD5E2C">
      <w:pPr>
        <w:pStyle w:val="Lead"/>
        <w:spacing w:after="200"/>
      </w:pPr>
      <w:proofErr w:type="spellStart"/>
      <w:r>
        <w:t>Badania</w:t>
      </w:r>
      <w:proofErr w:type="spellEnd"/>
      <w:r>
        <w:t xml:space="preserve"> </w:t>
      </w:r>
      <w:proofErr w:type="spellStart"/>
      <w:r>
        <w:t>będą</w:t>
      </w:r>
      <w:proofErr w:type="spellEnd"/>
      <w:r>
        <w:t xml:space="preserve"> </w:t>
      </w:r>
      <w:proofErr w:type="spellStart"/>
      <w:r>
        <w:t>prowadzone</w:t>
      </w:r>
      <w:proofErr w:type="spellEnd"/>
      <w:r w:rsidR="00007634">
        <w:t xml:space="preserve">: od </w:t>
      </w:r>
      <w:proofErr w:type="spellStart"/>
      <w:r w:rsidR="00007634">
        <w:t>charakterystyki</w:t>
      </w:r>
      <w:proofErr w:type="spellEnd"/>
      <w:r w:rsidR="00007634">
        <w:t xml:space="preserve"> </w:t>
      </w:r>
      <w:proofErr w:type="spellStart"/>
      <w:r w:rsidR="00007634">
        <w:t>materiałów</w:t>
      </w:r>
      <w:proofErr w:type="spellEnd"/>
      <w:r w:rsidR="00007634">
        <w:t xml:space="preserve"> </w:t>
      </w:r>
      <w:proofErr w:type="spellStart"/>
      <w:r w:rsidR="00007634">
        <w:t>i</w:t>
      </w:r>
      <w:proofErr w:type="spellEnd"/>
      <w:r w:rsidR="00007634">
        <w:t xml:space="preserve"> </w:t>
      </w:r>
      <w:proofErr w:type="spellStart"/>
      <w:r w:rsidR="00007634">
        <w:t>receptur</w:t>
      </w:r>
      <w:proofErr w:type="spellEnd"/>
      <w:r w:rsidR="00007634">
        <w:t xml:space="preserve"> po </w:t>
      </w:r>
      <w:proofErr w:type="spellStart"/>
      <w:r w:rsidR="00007634">
        <w:t>demonstrację</w:t>
      </w:r>
      <w:proofErr w:type="spellEnd"/>
      <w:r w:rsidR="00007634">
        <w:t xml:space="preserve"> w </w:t>
      </w:r>
      <w:proofErr w:type="spellStart"/>
      <w:r w:rsidR="00007634">
        <w:t>skali</w:t>
      </w:r>
      <w:proofErr w:type="spellEnd"/>
      <w:r w:rsidR="00007634">
        <w:t xml:space="preserve"> </w:t>
      </w:r>
      <w:proofErr w:type="spellStart"/>
      <w:r w:rsidR="00007634">
        <w:t>technicznej</w:t>
      </w:r>
      <w:proofErr w:type="spellEnd"/>
      <w:r w:rsidR="00007634">
        <w:t>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3969"/>
        <w:gridCol w:w="5102"/>
        <w:gridCol w:w="80"/>
      </w:tblGrid>
      <w:tr w:rsidR="00645EE6" w14:paraId="72A49AFE" w14:textId="77777777">
        <w:trPr>
          <w:jc w:val="center"/>
        </w:trPr>
        <w:tc>
          <w:tcPr>
            <w:tcW w:w="4989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0DE2DF8" w14:textId="1BA5319D" w:rsidR="00645EE6" w:rsidRDefault="00960AC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D6D4FC5" wp14:editId="6F08A86B">
                  <wp:extent cx="2076450" cy="2048070"/>
                  <wp:effectExtent l="0" t="0" r="0" b="9525"/>
                  <wp:docPr id="1710596270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683" cy="2052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966B3E" w14:textId="77777777" w:rsidR="00645EE6" w:rsidRDefault="00007634">
            <w:pPr>
              <w:pStyle w:val="Small"/>
              <w:jc w:val="center"/>
            </w:pPr>
            <w:proofErr w:type="spellStart"/>
            <w:r>
              <w:t>Badania</w:t>
            </w:r>
            <w:proofErr w:type="spellEnd"/>
            <w:r>
              <w:t xml:space="preserve"> </w:t>
            </w:r>
            <w:proofErr w:type="spellStart"/>
            <w:r>
              <w:t>wytrzymałości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ściskanie</w:t>
            </w:r>
            <w:proofErr w:type="spellEnd"/>
          </w:p>
        </w:tc>
        <w:tc>
          <w:tcPr>
            <w:tcW w:w="4989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39D15CC" w14:textId="4FA01433" w:rsidR="00645EE6" w:rsidRDefault="00960AC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70E78F7" wp14:editId="2C36DBEE">
                  <wp:extent cx="3188970" cy="2127250"/>
                  <wp:effectExtent l="0" t="0" r="0" b="6350"/>
                  <wp:docPr id="356336719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8970" cy="212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59F8A5" w14:textId="77777777" w:rsidR="00645EE6" w:rsidRDefault="00007634">
            <w:pPr>
              <w:pStyle w:val="Small"/>
              <w:jc w:val="center"/>
            </w:pPr>
            <w:proofErr w:type="spellStart"/>
            <w:r>
              <w:t>Ocena</w:t>
            </w:r>
            <w:proofErr w:type="spellEnd"/>
            <w:r>
              <w:t xml:space="preserve"> </w:t>
            </w:r>
            <w:proofErr w:type="spellStart"/>
            <w:r>
              <w:t>materiałów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składu</w:t>
            </w:r>
            <w:proofErr w:type="spellEnd"/>
            <w:r>
              <w:t xml:space="preserve"> </w:t>
            </w:r>
            <w:proofErr w:type="spellStart"/>
            <w:r>
              <w:t>mieszanki</w:t>
            </w:r>
            <w:proofErr w:type="spellEnd"/>
          </w:p>
        </w:tc>
      </w:tr>
      <w:tr w:rsidR="00645EE6" w14:paraId="4CB068D4" w14:textId="77777777">
        <w:trPr>
          <w:gridAfter w:val="1"/>
          <w:wAfter w:w="80" w:type="dxa"/>
          <w:jc w:val="center"/>
        </w:trPr>
        <w:tc>
          <w:tcPr>
            <w:tcW w:w="1020" w:type="dxa"/>
            <w:shd w:val="clear" w:color="auto" w:fill="0067B1"/>
            <w:tcMar>
              <w:top w:w="130" w:type="dxa"/>
              <w:left w:w="160" w:type="dxa"/>
              <w:bottom w:w="130" w:type="dxa"/>
              <w:right w:w="160" w:type="dxa"/>
            </w:tcMar>
            <w:vAlign w:val="center"/>
          </w:tcPr>
          <w:p w14:paraId="2FDB064C" w14:textId="77777777" w:rsidR="00645EE6" w:rsidRDefault="00007634">
            <w:pPr>
              <w:jc w:val="center"/>
            </w:pPr>
            <w:r>
              <w:rPr>
                <w:b/>
                <w:color w:val="FFFFFF"/>
                <w:sz w:val="36"/>
              </w:rPr>
              <w:t>01</w:t>
            </w:r>
          </w:p>
        </w:tc>
        <w:tc>
          <w:tcPr>
            <w:tcW w:w="9071" w:type="dxa"/>
            <w:gridSpan w:val="2"/>
            <w:shd w:val="clear" w:color="auto" w:fill="F3F7F9"/>
            <w:tcMar>
              <w:top w:w="130" w:type="dxa"/>
              <w:left w:w="160" w:type="dxa"/>
              <w:bottom w:w="130" w:type="dxa"/>
              <w:right w:w="160" w:type="dxa"/>
            </w:tcMar>
            <w:vAlign w:val="center"/>
          </w:tcPr>
          <w:p w14:paraId="2B3437EB" w14:textId="1B7DF567" w:rsidR="00AD5E2C" w:rsidRDefault="00007634">
            <w:proofErr w:type="spellStart"/>
            <w:r>
              <w:rPr>
                <w:b/>
                <w:color w:val="17365D"/>
                <w:sz w:val="22"/>
              </w:rPr>
              <w:t>Badania</w:t>
            </w:r>
            <w:proofErr w:type="spellEnd"/>
            <w:r>
              <w:rPr>
                <w:b/>
                <w:color w:val="17365D"/>
                <w:sz w:val="22"/>
              </w:rPr>
              <w:t xml:space="preserve"> </w:t>
            </w:r>
            <w:proofErr w:type="spellStart"/>
            <w:r>
              <w:rPr>
                <w:b/>
                <w:color w:val="17365D"/>
                <w:sz w:val="22"/>
              </w:rPr>
              <w:t>laboratoryjne</w:t>
            </w:r>
            <w:proofErr w:type="spellEnd"/>
            <w:r>
              <w:rPr>
                <w:b/>
                <w:color w:val="17365D"/>
                <w:sz w:val="22"/>
              </w:rPr>
              <w:br/>
            </w:r>
            <w:proofErr w:type="spellStart"/>
            <w:r w:rsidR="00AD5E2C">
              <w:t>Należy</w:t>
            </w:r>
            <w:proofErr w:type="spellEnd"/>
            <w:r w:rsidR="00AD5E2C">
              <w:t xml:space="preserve"> </w:t>
            </w:r>
            <w:proofErr w:type="spellStart"/>
            <w:r w:rsidR="00AD5E2C">
              <w:t>scharakteryzować</w:t>
            </w:r>
            <w:proofErr w:type="spellEnd"/>
            <w:r>
              <w:t xml:space="preserve"> </w:t>
            </w:r>
            <w:proofErr w:type="spellStart"/>
            <w:r>
              <w:t>materiały</w:t>
            </w:r>
            <w:proofErr w:type="spellEnd"/>
            <w:r>
              <w:t xml:space="preserve"> </w:t>
            </w:r>
            <w:proofErr w:type="spellStart"/>
            <w:r>
              <w:t>wsadowe</w:t>
            </w:r>
            <w:proofErr w:type="spellEnd"/>
            <w:r>
              <w:t xml:space="preserve">, </w:t>
            </w:r>
            <w:proofErr w:type="spellStart"/>
            <w:r>
              <w:t>zaprojektowano</w:t>
            </w:r>
            <w:r w:rsidR="00AD5E2C">
              <w:t>wać</w:t>
            </w:r>
            <w:proofErr w:type="spellEnd"/>
          </w:p>
          <w:p w14:paraId="008D6D8D" w14:textId="7FEF1D39" w:rsidR="00645EE6" w:rsidRDefault="00AD5E2C">
            <w:r>
              <w:t xml:space="preserve"> </w:t>
            </w:r>
            <w:proofErr w:type="spellStart"/>
            <w:r>
              <w:t>warianty</w:t>
            </w:r>
            <w:proofErr w:type="spellEnd"/>
            <w:r>
              <w:t xml:space="preserve"> </w:t>
            </w:r>
            <w:proofErr w:type="spellStart"/>
            <w:r>
              <w:t>receptur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określić</w:t>
            </w:r>
            <w:proofErr w:type="spellEnd"/>
            <w:r w:rsidR="00007634">
              <w:t xml:space="preserve"> </w:t>
            </w:r>
            <w:proofErr w:type="spellStart"/>
            <w:r w:rsidR="00007634">
              <w:t>zależności</w:t>
            </w:r>
            <w:proofErr w:type="spellEnd"/>
            <w:r w:rsidR="00007634">
              <w:t xml:space="preserve"> </w:t>
            </w:r>
            <w:proofErr w:type="spellStart"/>
            <w:r w:rsidR="00007634">
              <w:t>między</w:t>
            </w:r>
            <w:proofErr w:type="spellEnd"/>
            <w:r w:rsidR="00007634">
              <w:t xml:space="preserve"> </w:t>
            </w:r>
            <w:proofErr w:type="spellStart"/>
            <w:r w:rsidR="00007634">
              <w:t>składem</w:t>
            </w:r>
            <w:proofErr w:type="spellEnd"/>
            <w:r w:rsidR="00007634">
              <w:t xml:space="preserve">, </w:t>
            </w:r>
            <w:proofErr w:type="spellStart"/>
            <w:r w:rsidR="00007634">
              <w:t>wilgotnością</w:t>
            </w:r>
            <w:proofErr w:type="spellEnd"/>
            <w:r w:rsidR="00007634">
              <w:t xml:space="preserve">, </w:t>
            </w:r>
            <w:proofErr w:type="spellStart"/>
            <w:r w:rsidR="00007634">
              <w:t>zagęszczalnością</w:t>
            </w:r>
            <w:proofErr w:type="spellEnd"/>
            <w:r w:rsidR="00007634">
              <w:t xml:space="preserve"> </w:t>
            </w:r>
            <w:proofErr w:type="spellStart"/>
            <w:r w:rsidR="00007634">
              <w:t>i</w:t>
            </w:r>
            <w:proofErr w:type="spellEnd"/>
            <w:r w:rsidR="00007634">
              <w:t xml:space="preserve"> </w:t>
            </w:r>
            <w:proofErr w:type="spellStart"/>
            <w:r w:rsidR="00007634">
              <w:t>wytrzymałością</w:t>
            </w:r>
            <w:proofErr w:type="spellEnd"/>
            <w:r w:rsidR="00007634">
              <w:t>.</w:t>
            </w:r>
          </w:p>
        </w:tc>
      </w:tr>
    </w:tbl>
    <w:p w14:paraId="26B2661C" w14:textId="77777777" w:rsidR="00645EE6" w:rsidRDefault="00645EE6">
      <w:pPr>
        <w:spacing w:after="0"/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9071"/>
      </w:tblGrid>
      <w:tr w:rsidR="00645EE6" w14:paraId="499F7D1F" w14:textId="77777777">
        <w:trPr>
          <w:jc w:val="center"/>
        </w:trPr>
        <w:tc>
          <w:tcPr>
            <w:tcW w:w="1020" w:type="dxa"/>
            <w:shd w:val="clear" w:color="auto" w:fill="0067B1"/>
            <w:tcMar>
              <w:top w:w="130" w:type="dxa"/>
              <w:left w:w="160" w:type="dxa"/>
              <w:bottom w:w="130" w:type="dxa"/>
              <w:right w:w="160" w:type="dxa"/>
            </w:tcMar>
            <w:vAlign w:val="center"/>
          </w:tcPr>
          <w:p w14:paraId="2503FDFD" w14:textId="77777777" w:rsidR="00645EE6" w:rsidRDefault="00007634">
            <w:pPr>
              <w:jc w:val="center"/>
            </w:pPr>
            <w:r>
              <w:rPr>
                <w:b/>
                <w:color w:val="FFFFFF"/>
                <w:sz w:val="36"/>
              </w:rPr>
              <w:t>02</w:t>
            </w:r>
          </w:p>
        </w:tc>
        <w:tc>
          <w:tcPr>
            <w:tcW w:w="9071" w:type="dxa"/>
            <w:shd w:val="clear" w:color="auto" w:fill="F3F7F9"/>
            <w:tcMar>
              <w:top w:w="130" w:type="dxa"/>
              <w:left w:w="160" w:type="dxa"/>
              <w:bottom w:w="130" w:type="dxa"/>
              <w:right w:w="160" w:type="dxa"/>
            </w:tcMar>
            <w:vAlign w:val="center"/>
          </w:tcPr>
          <w:p w14:paraId="2533A722" w14:textId="60BA7BAE" w:rsidR="00645EE6" w:rsidRDefault="00007634">
            <w:proofErr w:type="spellStart"/>
            <w:r>
              <w:rPr>
                <w:b/>
                <w:color w:val="17365D"/>
                <w:sz w:val="22"/>
              </w:rPr>
              <w:t>Poletka</w:t>
            </w:r>
            <w:proofErr w:type="spellEnd"/>
            <w:r>
              <w:rPr>
                <w:b/>
                <w:color w:val="17365D"/>
                <w:sz w:val="22"/>
              </w:rPr>
              <w:t xml:space="preserve"> </w:t>
            </w:r>
            <w:proofErr w:type="spellStart"/>
            <w:r>
              <w:rPr>
                <w:b/>
                <w:color w:val="17365D"/>
                <w:sz w:val="22"/>
              </w:rPr>
              <w:t>badawcze</w:t>
            </w:r>
            <w:proofErr w:type="spellEnd"/>
            <w:r>
              <w:rPr>
                <w:b/>
                <w:color w:val="17365D"/>
                <w:sz w:val="22"/>
              </w:rPr>
              <w:br/>
            </w:r>
            <w:proofErr w:type="spellStart"/>
            <w:r w:rsidR="00AD5E2C">
              <w:t>Należy</w:t>
            </w:r>
            <w:proofErr w:type="spellEnd"/>
            <w:r w:rsidR="00AD5E2C">
              <w:t xml:space="preserve"> </w:t>
            </w:r>
            <w:proofErr w:type="spellStart"/>
            <w:r w:rsidR="00AD5E2C">
              <w:t>zweryfikować</w:t>
            </w:r>
            <w:proofErr w:type="spellEnd"/>
            <w:r>
              <w:t xml:space="preserve"> 15 </w:t>
            </w:r>
            <w:proofErr w:type="spellStart"/>
            <w:r>
              <w:t>wariantów</w:t>
            </w:r>
            <w:proofErr w:type="spellEnd"/>
            <w:r>
              <w:t xml:space="preserve"> w </w:t>
            </w:r>
            <w:proofErr w:type="spellStart"/>
            <w:r>
              <w:t>warunkach</w:t>
            </w:r>
            <w:proofErr w:type="spellEnd"/>
            <w:r>
              <w:t xml:space="preserve"> </w:t>
            </w:r>
            <w:proofErr w:type="spellStart"/>
            <w:r>
              <w:t>półtec</w:t>
            </w:r>
            <w:r w:rsidR="00AD5E2C">
              <w:t>hnologicznych</w:t>
            </w:r>
            <w:proofErr w:type="spellEnd"/>
            <w:r w:rsidR="00AD5E2C">
              <w:t xml:space="preserve">. </w:t>
            </w:r>
            <w:proofErr w:type="spellStart"/>
            <w:r w:rsidR="00AD5E2C">
              <w:t>Wyniki</w:t>
            </w:r>
            <w:proofErr w:type="spellEnd"/>
            <w:r w:rsidR="00AD5E2C">
              <w:t xml:space="preserve"> </w:t>
            </w:r>
            <w:proofErr w:type="spellStart"/>
            <w:r w:rsidR="00AD5E2C">
              <w:t>pozwolą</w:t>
            </w:r>
            <w:proofErr w:type="spellEnd"/>
            <w:r w:rsidR="00AD5E2C">
              <w:t xml:space="preserve"> </w:t>
            </w:r>
            <w:proofErr w:type="spellStart"/>
            <w:r>
              <w:t>wybrać</w:t>
            </w:r>
            <w:proofErr w:type="spellEnd"/>
            <w:r>
              <w:t xml:space="preserve"> </w:t>
            </w:r>
            <w:proofErr w:type="spellStart"/>
            <w:r>
              <w:t>dwie</w:t>
            </w:r>
            <w:proofErr w:type="spellEnd"/>
            <w:r>
              <w:t xml:space="preserve"> </w:t>
            </w:r>
            <w:proofErr w:type="spellStart"/>
            <w:r>
              <w:t>recepty</w:t>
            </w:r>
            <w:proofErr w:type="spellEnd"/>
            <w:r>
              <w:t xml:space="preserve"> o </w:t>
            </w:r>
            <w:proofErr w:type="spellStart"/>
            <w:r>
              <w:t>najwyższej</w:t>
            </w:r>
            <w:proofErr w:type="spellEnd"/>
            <w:r>
              <w:t xml:space="preserve"> </w:t>
            </w:r>
            <w:proofErr w:type="spellStart"/>
            <w:r>
              <w:t>powtarzalności</w:t>
            </w:r>
            <w:proofErr w:type="spellEnd"/>
            <w:r>
              <w:t xml:space="preserve">: MGS/BC1/50/KM </w:t>
            </w:r>
            <w:proofErr w:type="spellStart"/>
            <w:r>
              <w:t>oraz</w:t>
            </w:r>
            <w:proofErr w:type="spellEnd"/>
            <w:r>
              <w:t xml:space="preserve"> MGS/BC1/50/KMDB.</w:t>
            </w:r>
          </w:p>
        </w:tc>
      </w:tr>
    </w:tbl>
    <w:p w14:paraId="068FE9D4" w14:textId="77777777" w:rsidR="00645EE6" w:rsidRDefault="00645EE6">
      <w:pPr>
        <w:spacing w:after="0"/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9071"/>
      </w:tblGrid>
      <w:tr w:rsidR="00645EE6" w14:paraId="359A48C6" w14:textId="77777777">
        <w:trPr>
          <w:jc w:val="center"/>
        </w:trPr>
        <w:tc>
          <w:tcPr>
            <w:tcW w:w="1020" w:type="dxa"/>
            <w:shd w:val="clear" w:color="auto" w:fill="0067B1"/>
            <w:tcMar>
              <w:top w:w="130" w:type="dxa"/>
              <w:left w:w="160" w:type="dxa"/>
              <w:bottom w:w="130" w:type="dxa"/>
              <w:right w:w="160" w:type="dxa"/>
            </w:tcMar>
            <w:vAlign w:val="center"/>
          </w:tcPr>
          <w:p w14:paraId="5A0A1C24" w14:textId="77777777" w:rsidR="00645EE6" w:rsidRDefault="00007634">
            <w:pPr>
              <w:jc w:val="center"/>
            </w:pPr>
            <w:r>
              <w:rPr>
                <w:b/>
                <w:color w:val="FFFFFF"/>
                <w:sz w:val="36"/>
              </w:rPr>
              <w:t>03</w:t>
            </w:r>
          </w:p>
        </w:tc>
        <w:tc>
          <w:tcPr>
            <w:tcW w:w="9071" w:type="dxa"/>
            <w:shd w:val="clear" w:color="auto" w:fill="F3F7F9"/>
            <w:tcMar>
              <w:top w:w="130" w:type="dxa"/>
              <w:left w:w="160" w:type="dxa"/>
              <w:bottom w:w="130" w:type="dxa"/>
              <w:right w:w="160" w:type="dxa"/>
            </w:tcMar>
            <w:vAlign w:val="center"/>
          </w:tcPr>
          <w:p w14:paraId="50E67EC6" w14:textId="03A31514" w:rsidR="00645EE6" w:rsidRDefault="00007634" w:rsidP="00AD5E2C">
            <w:proofErr w:type="spellStart"/>
            <w:r>
              <w:rPr>
                <w:b/>
                <w:color w:val="17365D"/>
                <w:sz w:val="22"/>
              </w:rPr>
              <w:t>Odcinki</w:t>
            </w:r>
            <w:proofErr w:type="spellEnd"/>
            <w:r>
              <w:rPr>
                <w:b/>
                <w:color w:val="17365D"/>
                <w:sz w:val="22"/>
              </w:rPr>
              <w:t xml:space="preserve"> </w:t>
            </w:r>
            <w:proofErr w:type="spellStart"/>
            <w:r>
              <w:rPr>
                <w:b/>
                <w:color w:val="17365D"/>
                <w:sz w:val="22"/>
              </w:rPr>
              <w:t>demonstracyjne</w:t>
            </w:r>
            <w:proofErr w:type="spellEnd"/>
            <w:r>
              <w:rPr>
                <w:b/>
                <w:color w:val="17365D"/>
                <w:sz w:val="22"/>
              </w:rPr>
              <w:br/>
            </w:r>
            <w:proofErr w:type="spellStart"/>
            <w:r>
              <w:t>Technologię</w:t>
            </w:r>
            <w:proofErr w:type="spellEnd"/>
            <w:r w:rsidR="00F9793A">
              <w:t xml:space="preserve"> </w:t>
            </w:r>
            <w:proofErr w:type="spellStart"/>
            <w:r w:rsidR="00AD5E2C">
              <w:t>należy</w:t>
            </w:r>
            <w:proofErr w:type="spellEnd"/>
            <w:r w:rsidR="00AD5E2C">
              <w:t xml:space="preserve">  </w:t>
            </w:r>
            <w:proofErr w:type="spellStart"/>
            <w:r w:rsidR="00AD5E2C">
              <w:t>sprawdzić</w:t>
            </w:r>
            <w:proofErr w:type="spellEnd"/>
            <w:r w:rsidR="00AD5E2C">
              <w:t xml:space="preserve"> </w:t>
            </w:r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20 </w:t>
            </w:r>
            <w:proofErr w:type="spellStart"/>
            <w:r>
              <w:t>odcinkach</w:t>
            </w:r>
            <w:proofErr w:type="spellEnd"/>
            <w:r>
              <w:t xml:space="preserve">, </w:t>
            </w:r>
            <w:proofErr w:type="spellStart"/>
            <w:r>
              <w:t>dla</w:t>
            </w:r>
            <w:proofErr w:type="spellEnd"/>
            <w:r>
              <w:t xml:space="preserve"> </w:t>
            </w:r>
            <w:proofErr w:type="spellStart"/>
            <w:r>
              <w:t>dwóch</w:t>
            </w:r>
            <w:proofErr w:type="spellEnd"/>
            <w:r>
              <w:t xml:space="preserve"> </w:t>
            </w:r>
            <w:proofErr w:type="spellStart"/>
            <w:r>
              <w:t>recept</w:t>
            </w:r>
            <w:proofErr w:type="spellEnd"/>
            <w:r>
              <w:t xml:space="preserve">, </w:t>
            </w:r>
            <w:proofErr w:type="spellStart"/>
            <w:r>
              <w:t>dwóch</w:t>
            </w:r>
            <w:proofErr w:type="spellEnd"/>
            <w:r>
              <w:t xml:space="preserve"> </w:t>
            </w:r>
            <w:proofErr w:type="spellStart"/>
            <w:r>
              <w:t>wariantów</w:t>
            </w:r>
            <w:proofErr w:type="spellEnd"/>
            <w:r>
              <w:t xml:space="preserve"> </w:t>
            </w:r>
            <w:proofErr w:type="spellStart"/>
            <w:r>
              <w:t>grubości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pięciu</w:t>
            </w:r>
            <w:proofErr w:type="spellEnd"/>
            <w:r>
              <w:t xml:space="preserve"> </w:t>
            </w:r>
            <w:proofErr w:type="spellStart"/>
            <w:r>
              <w:t>typów</w:t>
            </w:r>
            <w:proofErr w:type="spellEnd"/>
            <w:r>
              <w:t xml:space="preserve"> </w:t>
            </w:r>
            <w:proofErr w:type="spellStart"/>
            <w:r>
              <w:t>podłoża</w:t>
            </w:r>
            <w:proofErr w:type="spellEnd"/>
            <w:r>
              <w:t xml:space="preserve"> </w:t>
            </w:r>
            <w:proofErr w:type="spellStart"/>
            <w:r>
              <w:t>lub</w:t>
            </w:r>
            <w:proofErr w:type="spellEnd"/>
            <w:r>
              <w:t xml:space="preserve"> </w:t>
            </w:r>
            <w:proofErr w:type="spellStart"/>
            <w:r>
              <w:t>istniejącej</w:t>
            </w:r>
            <w:proofErr w:type="spellEnd"/>
            <w:r>
              <w:t xml:space="preserve"> </w:t>
            </w:r>
            <w:proofErr w:type="spellStart"/>
            <w:r>
              <w:t>konstrukcji</w:t>
            </w:r>
            <w:proofErr w:type="spellEnd"/>
            <w:r>
              <w:t>.</w:t>
            </w:r>
          </w:p>
        </w:tc>
      </w:tr>
    </w:tbl>
    <w:p w14:paraId="7AE69B68" w14:textId="77777777" w:rsidR="00645EE6" w:rsidRDefault="00645EE6">
      <w:pPr>
        <w:spacing w:after="0"/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091"/>
      </w:tblGrid>
      <w:tr w:rsidR="00645EE6" w14:paraId="18D5166A" w14:textId="77777777">
        <w:trPr>
          <w:jc w:val="center"/>
        </w:trPr>
        <w:tc>
          <w:tcPr>
            <w:tcW w:w="10091" w:type="dxa"/>
            <w:shd w:val="clear" w:color="auto" w:fill="DDEBF2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7BE4EFEB" w14:textId="009FEE77" w:rsidR="00645EE6" w:rsidRDefault="00AD5E2C">
            <w:pPr>
              <w:spacing w:after="0"/>
            </w:pPr>
            <w:proofErr w:type="spellStart"/>
            <w:r>
              <w:rPr>
                <w:b/>
                <w:color w:val="17365D"/>
                <w:sz w:val="21"/>
              </w:rPr>
              <w:t>Klucz</w:t>
            </w:r>
            <w:proofErr w:type="spellEnd"/>
            <w:r>
              <w:rPr>
                <w:b/>
                <w:color w:val="17365D"/>
                <w:sz w:val="21"/>
              </w:rPr>
              <w:t xml:space="preserve"> </w:t>
            </w:r>
            <w:proofErr w:type="spellStart"/>
            <w:r>
              <w:rPr>
                <w:b/>
                <w:color w:val="17365D"/>
                <w:sz w:val="21"/>
              </w:rPr>
              <w:t>projektu</w:t>
            </w:r>
            <w:proofErr w:type="spellEnd"/>
            <w:r>
              <w:rPr>
                <w:b/>
                <w:color w:val="17365D"/>
                <w:sz w:val="21"/>
              </w:rPr>
              <w:t xml:space="preserve">: </w:t>
            </w:r>
            <w:proofErr w:type="spellStart"/>
            <w:r>
              <w:rPr>
                <w:b/>
                <w:color w:val="17365D"/>
                <w:sz w:val="21"/>
              </w:rPr>
              <w:t>technologia</w:t>
            </w:r>
            <w:proofErr w:type="spellEnd"/>
            <w:r>
              <w:rPr>
                <w:b/>
                <w:color w:val="17365D"/>
                <w:sz w:val="21"/>
              </w:rPr>
              <w:t xml:space="preserve"> </w:t>
            </w:r>
            <w:proofErr w:type="spellStart"/>
            <w:r>
              <w:rPr>
                <w:b/>
                <w:color w:val="17365D"/>
                <w:sz w:val="21"/>
              </w:rPr>
              <w:t>będzie</w:t>
            </w:r>
            <w:proofErr w:type="spellEnd"/>
            <w:r w:rsidR="00007634">
              <w:rPr>
                <w:b/>
                <w:color w:val="17365D"/>
                <w:sz w:val="21"/>
              </w:rPr>
              <w:t xml:space="preserve"> </w:t>
            </w:r>
            <w:proofErr w:type="spellStart"/>
            <w:r w:rsidR="00007634">
              <w:rPr>
                <w:b/>
                <w:color w:val="17365D"/>
                <w:sz w:val="21"/>
              </w:rPr>
              <w:t>oceniana</w:t>
            </w:r>
            <w:proofErr w:type="spellEnd"/>
            <w:r w:rsidR="00007634">
              <w:rPr>
                <w:b/>
                <w:color w:val="17365D"/>
                <w:sz w:val="21"/>
              </w:rPr>
              <w:t xml:space="preserve"> </w:t>
            </w:r>
            <w:proofErr w:type="spellStart"/>
            <w:r w:rsidR="00007634">
              <w:rPr>
                <w:b/>
                <w:color w:val="17365D"/>
                <w:sz w:val="21"/>
              </w:rPr>
              <w:t>jako</w:t>
            </w:r>
            <w:proofErr w:type="spellEnd"/>
            <w:r w:rsidR="00007634">
              <w:rPr>
                <w:b/>
                <w:color w:val="17365D"/>
                <w:sz w:val="21"/>
              </w:rPr>
              <w:t xml:space="preserve"> </w:t>
            </w:r>
            <w:proofErr w:type="spellStart"/>
            <w:r w:rsidR="00007634">
              <w:rPr>
                <w:b/>
                <w:color w:val="17365D"/>
                <w:sz w:val="21"/>
              </w:rPr>
              <w:t>cały</w:t>
            </w:r>
            <w:proofErr w:type="spellEnd"/>
            <w:r w:rsidR="00007634">
              <w:rPr>
                <w:b/>
                <w:color w:val="17365D"/>
                <w:sz w:val="21"/>
              </w:rPr>
              <w:t xml:space="preserve"> system - </w:t>
            </w:r>
            <w:proofErr w:type="spellStart"/>
            <w:r w:rsidR="00007634">
              <w:rPr>
                <w:b/>
                <w:color w:val="17365D"/>
                <w:sz w:val="21"/>
              </w:rPr>
              <w:t>materiał</w:t>
            </w:r>
            <w:proofErr w:type="spellEnd"/>
            <w:r w:rsidR="00007634">
              <w:rPr>
                <w:b/>
                <w:color w:val="17365D"/>
                <w:sz w:val="21"/>
              </w:rPr>
              <w:t xml:space="preserve">, </w:t>
            </w:r>
            <w:proofErr w:type="spellStart"/>
            <w:r w:rsidR="00007634">
              <w:rPr>
                <w:b/>
                <w:color w:val="17365D"/>
                <w:sz w:val="21"/>
              </w:rPr>
              <w:t>recepta</w:t>
            </w:r>
            <w:proofErr w:type="spellEnd"/>
            <w:r w:rsidR="00007634">
              <w:rPr>
                <w:b/>
                <w:color w:val="17365D"/>
                <w:sz w:val="21"/>
              </w:rPr>
              <w:t xml:space="preserve">, </w:t>
            </w:r>
            <w:proofErr w:type="spellStart"/>
            <w:r w:rsidR="00007634">
              <w:rPr>
                <w:b/>
                <w:color w:val="17365D"/>
                <w:sz w:val="21"/>
              </w:rPr>
              <w:t>produkcja</w:t>
            </w:r>
            <w:proofErr w:type="spellEnd"/>
            <w:r w:rsidR="00007634">
              <w:rPr>
                <w:b/>
                <w:color w:val="17365D"/>
                <w:sz w:val="21"/>
              </w:rPr>
              <w:t xml:space="preserve">, </w:t>
            </w:r>
            <w:proofErr w:type="spellStart"/>
            <w:r w:rsidR="00007634">
              <w:rPr>
                <w:b/>
                <w:color w:val="17365D"/>
                <w:sz w:val="21"/>
              </w:rPr>
              <w:t>wbudowanie</w:t>
            </w:r>
            <w:proofErr w:type="spellEnd"/>
            <w:r w:rsidR="00007634">
              <w:rPr>
                <w:b/>
                <w:color w:val="17365D"/>
                <w:sz w:val="21"/>
              </w:rPr>
              <w:t xml:space="preserve">, </w:t>
            </w:r>
            <w:proofErr w:type="spellStart"/>
            <w:r w:rsidR="00007634">
              <w:rPr>
                <w:b/>
                <w:color w:val="17365D"/>
                <w:sz w:val="21"/>
              </w:rPr>
              <w:t>zagęszczanie</w:t>
            </w:r>
            <w:proofErr w:type="spellEnd"/>
            <w:r w:rsidR="00007634">
              <w:rPr>
                <w:b/>
                <w:color w:val="17365D"/>
                <w:sz w:val="21"/>
              </w:rPr>
              <w:t xml:space="preserve">, </w:t>
            </w:r>
            <w:proofErr w:type="spellStart"/>
            <w:r w:rsidR="00007634">
              <w:rPr>
                <w:b/>
                <w:color w:val="17365D"/>
                <w:sz w:val="21"/>
              </w:rPr>
              <w:t>kontrola</w:t>
            </w:r>
            <w:proofErr w:type="spellEnd"/>
            <w:r w:rsidR="00007634">
              <w:rPr>
                <w:b/>
                <w:color w:val="17365D"/>
                <w:sz w:val="21"/>
              </w:rPr>
              <w:t xml:space="preserve"> </w:t>
            </w:r>
            <w:proofErr w:type="spellStart"/>
            <w:r w:rsidR="00007634">
              <w:rPr>
                <w:b/>
                <w:color w:val="17365D"/>
                <w:sz w:val="21"/>
              </w:rPr>
              <w:t>jakości</w:t>
            </w:r>
            <w:proofErr w:type="spellEnd"/>
            <w:r w:rsidR="00007634">
              <w:rPr>
                <w:b/>
                <w:color w:val="17365D"/>
                <w:sz w:val="21"/>
              </w:rPr>
              <w:t xml:space="preserve"> </w:t>
            </w:r>
            <w:proofErr w:type="spellStart"/>
            <w:r w:rsidR="00007634">
              <w:rPr>
                <w:b/>
                <w:color w:val="17365D"/>
                <w:sz w:val="21"/>
              </w:rPr>
              <w:t>i</w:t>
            </w:r>
            <w:proofErr w:type="spellEnd"/>
            <w:r w:rsidR="00007634">
              <w:rPr>
                <w:b/>
                <w:color w:val="17365D"/>
                <w:sz w:val="21"/>
              </w:rPr>
              <w:t xml:space="preserve"> </w:t>
            </w:r>
            <w:proofErr w:type="spellStart"/>
            <w:r w:rsidR="00007634">
              <w:rPr>
                <w:b/>
                <w:color w:val="17365D"/>
                <w:sz w:val="21"/>
              </w:rPr>
              <w:t>rezultat</w:t>
            </w:r>
            <w:proofErr w:type="spellEnd"/>
            <w:r w:rsidR="00007634">
              <w:rPr>
                <w:b/>
                <w:color w:val="17365D"/>
                <w:sz w:val="21"/>
              </w:rPr>
              <w:t xml:space="preserve"> </w:t>
            </w:r>
            <w:proofErr w:type="spellStart"/>
            <w:r w:rsidR="00007634">
              <w:rPr>
                <w:b/>
                <w:color w:val="17365D"/>
                <w:sz w:val="21"/>
              </w:rPr>
              <w:t>użytkowy</w:t>
            </w:r>
            <w:proofErr w:type="spellEnd"/>
            <w:r w:rsidR="00007634">
              <w:rPr>
                <w:b/>
                <w:color w:val="17365D"/>
                <w:sz w:val="21"/>
              </w:rPr>
              <w:t>.</w:t>
            </w:r>
          </w:p>
        </w:tc>
      </w:tr>
    </w:tbl>
    <w:p w14:paraId="41C9A6B7" w14:textId="77777777" w:rsidR="00645EE6" w:rsidRDefault="00645EE6">
      <w:pPr>
        <w:spacing w:after="0"/>
      </w:pPr>
    </w:p>
    <w:p w14:paraId="700D9BE2" w14:textId="77777777" w:rsidR="00645EE6" w:rsidRDefault="00007634">
      <w:r>
        <w:br w:type="page"/>
      </w:r>
    </w:p>
    <w:p w14:paraId="55223266" w14:textId="77777777" w:rsidR="00645EE6" w:rsidRDefault="00007634">
      <w:pPr>
        <w:pStyle w:val="Kicker"/>
      </w:pPr>
      <w:r>
        <w:rPr>
          <w:b w:val="0"/>
        </w:rPr>
        <w:lastRenderedPageBreak/>
        <w:t>WYNIKI, KTÓRE POTWIERDZAJĄ SKUTECZNOŚĆ</w:t>
      </w:r>
    </w:p>
    <w:p w14:paraId="1BF4524B" w14:textId="77777777" w:rsidR="00645EE6" w:rsidRDefault="00007634">
      <w:pPr>
        <w:spacing w:after="80"/>
      </w:pPr>
      <w:proofErr w:type="spellStart"/>
      <w:r>
        <w:rPr>
          <w:b/>
          <w:color w:val="17365D"/>
          <w:sz w:val="50"/>
        </w:rPr>
        <w:t>Technologia</w:t>
      </w:r>
      <w:proofErr w:type="spellEnd"/>
      <w:r>
        <w:rPr>
          <w:b/>
          <w:color w:val="17365D"/>
          <w:sz w:val="50"/>
        </w:rPr>
        <w:t xml:space="preserve"> </w:t>
      </w:r>
      <w:proofErr w:type="spellStart"/>
      <w:r>
        <w:rPr>
          <w:b/>
          <w:color w:val="17365D"/>
          <w:sz w:val="50"/>
        </w:rPr>
        <w:t>sprawdzona</w:t>
      </w:r>
      <w:proofErr w:type="spellEnd"/>
      <w:r>
        <w:rPr>
          <w:b/>
          <w:color w:val="17365D"/>
          <w:sz w:val="50"/>
        </w:rPr>
        <w:t xml:space="preserve"> w </w:t>
      </w:r>
      <w:proofErr w:type="spellStart"/>
      <w:r>
        <w:rPr>
          <w:b/>
          <w:color w:val="17365D"/>
          <w:sz w:val="50"/>
        </w:rPr>
        <w:t>skali</w:t>
      </w:r>
      <w:proofErr w:type="spellEnd"/>
      <w:r>
        <w:rPr>
          <w:b/>
          <w:color w:val="17365D"/>
          <w:sz w:val="50"/>
        </w:rPr>
        <w:t xml:space="preserve"> </w:t>
      </w:r>
      <w:proofErr w:type="spellStart"/>
      <w:r>
        <w:rPr>
          <w:b/>
          <w:color w:val="17365D"/>
          <w:sz w:val="50"/>
        </w:rPr>
        <w:t>technicznej</w:t>
      </w:r>
      <w:proofErr w:type="spellEnd"/>
    </w:p>
    <w:p w14:paraId="0705B58E" w14:textId="128BF438" w:rsidR="00645EE6" w:rsidRDefault="00645EE6">
      <w:pPr>
        <w:pStyle w:val="Lead"/>
        <w:spacing w:after="200"/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364"/>
        <w:gridCol w:w="1625"/>
        <w:gridCol w:w="1739"/>
        <w:gridCol w:w="3364"/>
        <w:gridCol w:w="39"/>
      </w:tblGrid>
      <w:tr w:rsidR="00645EE6" w14:paraId="73AF71F1" w14:textId="77777777">
        <w:trPr>
          <w:jc w:val="center"/>
        </w:trPr>
        <w:tc>
          <w:tcPr>
            <w:tcW w:w="4989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112C5CE" w14:textId="4FF18574" w:rsidR="00645EE6" w:rsidRDefault="00960AC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DB822B" wp14:editId="0B8926A9">
                  <wp:extent cx="3271440" cy="1854200"/>
                  <wp:effectExtent l="0" t="0" r="5715" b="0"/>
                  <wp:docPr id="15576269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4378" cy="1855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3B32AC" w14:textId="77777777" w:rsidR="00645EE6" w:rsidRDefault="00007634">
            <w:pPr>
              <w:pStyle w:val="Small"/>
              <w:jc w:val="center"/>
            </w:pPr>
            <w:proofErr w:type="spellStart"/>
            <w:r>
              <w:t>Produkcja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przygotowanie</w:t>
            </w:r>
            <w:proofErr w:type="spellEnd"/>
            <w:r>
              <w:t xml:space="preserve"> </w:t>
            </w:r>
            <w:proofErr w:type="spellStart"/>
            <w:r>
              <w:t>mieszanki</w:t>
            </w:r>
            <w:proofErr w:type="spellEnd"/>
          </w:p>
        </w:tc>
        <w:tc>
          <w:tcPr>
            <w:tcW w:w="4989" w:type="dxa"/>
            <w:gridSpan w:val="3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213CB3A" w14:textId="66BAECA6" w:rsidR="00645EE6" w:rsidRDefault="00960AC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96FA8E0" wp14:editId="7FFEA2DD">
                  <wp:extent cx="3163570" cy="2100580"/>
                  <wp:effectExtent l="0" t="0" r="0" b="0"/>
                  <wp:docPr id="1053629643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3570" cy="210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682DBC" w14:textId="77777777" w:rsidR="00645EE6" w:rsidRDefault="00007634">
            <w:pPr>
              <w:pStyle w:val="Small"/>
              <w:jc w:val="center"/>
            </w:pPr>
            <w:proofErr w:type="spellStart"/>
            <w:r>
              <w:t>Wbudowanie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profilowanie</w:t>
            </w:r>
            <w:proofErr w:type="spellEnd"/>
            <w:r>
              <w:t xml:space="preserve"> </w:t>
            </w:r>
            <w:proofErr w:type="spellStart"/>
            <w:r>
              <w:t>warstwy</w:t>
            </w:r>
            <w:proofErr w:type="spellEnd"/>
          </w:p>
        </w:tc>
      </w:tr>
      <w:tr w:rsidR="00645EE6" w14:paraId="7FB5B798" w14:textId="77777777">
        <w:trPr>
          <w:gridAfter w:val="1"/>
          <w:wAfter w:w="39" w:type="dxa"/>
          <w:jc w:val="center"/>
        </w:trPr>
        <w:tc>
          <w:tcPr>
            <w:tcW w:w="3364" w:type="dxa"/>
            <w:shd w:val="clear" w:color="auto" w:fill="F3F7F9"/>
            <w:tcMar>
              <w:top w:w="140" w:type="dxa"/>
              <w:left w:w="120" w:type="dxa"/>
              <w:bottom w:w="130" w:type="dxa"/>
              <w:right w:w="120" w:type="dxa"/>
            </w:tcMar>
            <w:vAlign w:val="center"/>
          </w:tcPr>
          <w:p w14:paraId="6CEFA8B9" w14:textId="3112FCE6" w:rsidR="00645EE6" w:rsidRDefault="00645EE6">
            <w:pPr>
              <w:pStyle w:val="MetricLabel"/>
              <w:jc w:val="center"/>
            </w:pPr>
          </w:p>
        </w:tc>
        <w:tc>
          <w:tcPr>
            <w:tcW w:w="3364" w:type="dxa"/>
            <w:gridSpan w:val="2"/>
            <w:shd w:val="clear" w:color="auto" w:fill="F3F7F9"/>
            <w:tcMar>
              <w:top w:w="140" w:type="dxa"/>
              <w:left w:w="120" w:type="dxa"/>
              <w:bottom w:w="130" w:type="dxa"/>
              <w:right w:w="120" w:type="dxa"/>
            </w:tcMar>
            <w:vAlign w:val="center"/>
          </w:tcPr>
          <w:p w14:paraId="543A4356" w14:textId="04544CCD" w:rsidR="00645EE6" w:rsidRDefault="00645EE6">
            <w:pPr>
              <w:pStyle w:val="MetricLabel"/>
              <w:jc w:val="center"/>
            </w:pPr>
          </w:p>
        </w:tc>
        <w:tc>
          <w:tcPr>
            <w:tcW w:w="3364" w:type="dxa"/>
            <w:shd w:val="clear" w:color="auto" w:fill="F3F7F9"/>
            <w:tcMar>
              <w:top w:w="140" w:type="dxa"/>
              <w:left w:w="120" w:type="dxa"/>
              <w:bottom w:w="130" w:type="dxa"/>
              <w:right w:w="120" w:type="dxa"/>
            </w:tcMar>
            <w:vAlign w:val="center"/>
          </w:tcPr>
          <w:p w14:paraId="67C15A65" w14:textId="1E24C989" w:rsidR="00645EE6" w:rsidRDefault="00645EE6">
            <w:pPr>
              <w:pStyle w:val="MetricLabel"/>
              <w:jc w:val="center"/>
            </w:pPr>
          </w:p>
        </w:tc>
      </w:tr>
    </w:tbl>
    <w:p w14:paraId="7951396D" w14:textId="77777777" w:rsidR="00645EE6" w:rsidRDefault="00645EE6">
      <w:pPr>
        <w:spacing w:after="20"/>
      </w:pPr>
    </w:p>
    <w:p w14:paraId="3C150A80" w14:textId="77777777" w:rsidR="00645EE6" w:rsidRDefault="00007634">
      <w:pPr>
        <w:pStyle w:val="Nagwek2"/>
        <w:spacing w:before="80"/>
      </w:pPr>
      <w:proofErr w:type="spellStart"/>
      <w:r>
        <w:rPr>
          <w:b w:val="0"/>
        </w:rPr>
        <w:t>Zakres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wyników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uzyskanych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odcinkach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demonstracyjnych</w:t>
      </w:r>
      <w:proofErr w:type="spellEnd"/>
    </w:p>
    <w:tbl>
      <w:tblPr>
        <w:tblStyle w:val="Tabela-Siatka"/>
        <w:tblW w:w="11377" w:type="dxa"/>
        <w:jc w:val="center"/>
        <w:tblLayout w:type="fixed"/>
        <w:tblLook w:val="04A0" w:firstRow="1" w:lastRow="0" w:firstColumn="1" w:lastColumn="0" w:noHBand="0" w:noVBand="1"/>
      </w:tblPr>
      <w:tblGrid>
        <w:gridCol w:w="4535"/>
        <w:gridCol w:w="3421"/>
        <w:gridCol w:w="3421"/>
      </w:tblGrid>
      <w:tr w:rsidR="00645EE6" w14:paraId="05C38DCB" w14:textId="77777777" w:rsidTr="00AD5E2C">
        <w:trPr>
          <w:jc w:val="center"/>
        </w:trPr>
        <w:tc>
          <w:tcPr>
            <w:tcW w:w="4535" w:type="dxa"/>
            <w:shd w:val="clear" w:color="auto" w:fill="0067B1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E40ACBD" w14:textId="77777777" w:rsidR="00645EE6" w:rsidRDefault="00007634">
            <w:proofErr w:type="spellStart"/>
            <w:r>
              <w:rPr>
                <w:b/>
                <w:color w:val="FFFFFF"/>
              </w:rPr>
              <w:t>Parametr</w:t>
            </w:r>
            <w:proofErr w:type="spellEnd"/>
          </w:p>
        </w:tc>
        <w:tc>
          <w:tcPr>
            <w:tcW w:w="3421" w:type="dxa"/>
            <w:shd w:val="clear" w:color="auto" w:fill="0067B1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22F9923" w14:textId="77777777" w:rsidR="00645EE6" w:rsidRDefault="00007634">
            <w:proofErr w:type="spellStart"/>
            <w:r>
              <w:rPr>
                <w:b/>
                <w:color w:val="FFFFFF"/>
              </w:rPr>
              <w:t>Kryterium</w:t>
            </w:r>
            <w:proofErr w:type="spellEnd"/>
          </w:p>
        </w:tc>
        <w:tc>
          <w:tcPr>
            <w:tcW w:w="3421" w:type="dxa"/>
            <w:shd w:val="clear" w:color="auto" w:fill="0067B1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712C2AF" w14:textId="77777777" w:rsidR="00645EE6" w:rsidRDefault="00007634">
            <w:proofErr w:type="spellStart"/>
            <w:r>
              <w:rPr>
                <w:b/>
                <w:color w:val="FFFFFF"/>
              </w:rPr>
              <w:t>Zakres</w:t>
            </w:r>
            <w:proofErr w:type="spellEnd"/>
            <w:r>
              <w:rPr>
                <w:b/>
                <w:color w:val="FFFFFF"/>
              </w:rPr>
              <w:t xml:space="preserve"> </w:t>
            </w:r>
            <w:proofErr w:type="spellStart"/>
            <w:r>
              <w:rPr>
                <w:b/>
                <w:color w:val="FFFFFF"/>
              </w:rPr>
              <w:t>wyników</w:t>
            </w:r>
            <w:proofErr w:type="spellEnd"/>
          </w:p>
        </w:tc>
      </w:tr>
      <w:tr w:rsidR="00645EE6" w14:paraId="76449D27" w14:textId="77777777" w:rsidTr="00AD5E2C">
        <w:trPr>
          <w:jc w:val="center"/>
        </w:trPr>
        <w:tc>
          <w:tcPr>
            <w:tcW w:w="4535" w:type="dxa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3A234C89" w14:textId="77777777" w:rsidR="00645EE6" w:rsidRDefault="00007634">
            <w:pPr>
              <w:spacing w:after="0"/>
            </w:pPr>
            <w:proofErr w:type="spellStart"/>
            <w:r>
              <w:t>Wskaźnik</w:t>
            </w:r>
            <w:proofErr w:type="spellEnd"/>
            <w:r>
              <w:t xml:space="preserve"> </w:t>
            </w:r>
            <w:proofErr w:type="spellStart"/>
            <w:r>
              <w:t>zagęszczenia</w:t>
            </w:r>
            <w:proofErr w:type="spellEnd"/>
            <w:r>
              <w:t xml:space="preserve"> Is</w:t>
            </w:r>
          </w:p>
        </w:tc>
        <w:tc>
          <w:tcPr>
            <w:tcW w:w="3421" w:type="dxa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773BE88D" w14:textId="77777777" w:rsidR="00645EE6" w:rsidRDefault="00007634">
            <w:pPr>
              <w:spacing w:after="0"/>
              <w:jc w:val="center"/>
            </w:pPr>
            <w:r>
              <w:t>≥ 0,98</w:t>
            </w:r>
          </w:p>
        </w:tc>
        <w:tc>
          <w:tcPr>
            <w:tcW w:w="3421" w:type="dxa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50555FAF" w14:textId="407CCA06" w:rsidR="00645EE6" w:rsidRDefault="00645EE6">
            <w:pPr>
              <w:spacing w:after="0"/>
              <w:jc w:val="center"/>
            </w:pPr>
          </w:p>
        </w:tc>
      </w:tr>
      <w:tr w:rsidR="00645EE6" w14:paraId="0DA37873" w14:textId="77777777" w:rsidTr="00AD5E2C">
        <w:trPr>
          <w:jc w:val="center"/>
        </w:trPr>
        <w:tc>
          <w:tcPr>
            <w:tcW w:w="4535" w:type="dxa"/>
            <w:shd w:val="clear" w:color="auto" w:fill="F3F7F9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414DE68A" w14:textId="77777777" w:rsidR="00645EE6" w:rsidRDefault="00007634">
            <w:pPr>
              <w:spacing w:after="0"/>
            </w:pPr>
            <w:proofErr w:type="spellStart"/>
            <w:r>
              <w:t>Wskaźnik</w:t>
            </w:r>
            <w:proofErr w:type="spellEnd"/>
            <w:r>
              <w:t xml:space="preserve"> </w:t>
            </w:r>
            <w:proofErr w:type="spellStart"/>
            <w:r>
              <w:t>odkształcenia</w:t>
            </w:r>
            <w:proofErr w:type="spellEnd"/>
            <w:r>
              <w:t xml:space="preserve"> Io</w:t>
            </w:r>
          </w:p>
        </w:tc>
        <w:tc>
          <w:tcPr>
            <w:tcW w:w="3421" w:type="dxa"/>
            <w:shd w:val="clear" w:color="auto" w:fill="F3F7F9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64922242" w14:textId="77777777" w:rsidR="00645EE6" w:rsidRDefault="00007634">
            <w:pPr>
              <w:spacing w:after="0"/>
              <w:jc w:val="center"/>
            </w:pPr>
            <w:r>
              <w:t>&lt; 3,0</w:t>
            </w:r>
          </w:p>
        </w:tc>
        <w:tc>
          <w:tcPr>
            <w:tcW w:w="3421" w:type="dxa"/>
            <w:shd w:val="clear" w:color="auto" w:fill="F3F7F9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55392DEB" w14:textId="0E5F2ECC" w:rsidR="00645EE6" w:rsidRDefault="00645EE6">
            <w:pPr>
              <w:spacing w:after="0"/>
              <w:jc w:val="center"/>
            </w:pPr>
          </w:p>
        </w:tc>
      </w:tr>
      <w:tr w:rsidR="00645EE6" w14:paraId="5F9996E4" w14:textId="77777777" w:rsidTr="00AD5E2C">
        <w:trPr>
          <w:jc w:val="center"/>
        </w:trPr>
        <w:tc>
          <w:tcPr>
            <w:tcW w:w="4535" w:type="dxa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535092B7" w14:textId="77777777" w:rsidR="00645EE6" w:rsidRDefault="00007634">
            <w:pPr>
              <w:spacing w:after="0"/>
            </w:pPr>
            <w:proofErr w:type="spellStart"/>
            <w:r>
              <w:t>Moduł</w:t>
            </w:r>
            <w:proofErr w:type="spellEnd"/>
            <w:r>
              <w:t xml:space="preserve"> </w:t>
            </w:r>
            <w:proofErr w:type="spellStart"/>
            <w:r>
              <w:t>dynamiczny</w:t>
            </w:r>
            <w:proofErr w:type="spellEnd"/>
            <w:r>
              <w:t xml:space="preserve"> </w:t>
            </w:r>
            <w:proofErr w:type="spellStart"/>
            <w:r>
              <w:t>Evd</w:t>
            </w:r>
            <w:proofErr w:type="spellEnd"/>
          </w:p>
        </w:tc>
        <w:tc>
          <w:tcPr>
            <w:tcW w:w="3421" w:type="dxa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5519667F" w14:textId="77777777" w:rsidR="00645EE6" w:rsidRDefault="00007634">
            <w:pPr>
              <w:spacing w:after="0"/>
              <w:jc w:val="center"/>
            </w:pPr>
            <w:r>
              <w:t>≥ 60 MPa</w:t>
            </w:r>
          </w:p>
        </w:tc>
        <w:tc>
          <w:tcPr>
            <w:tcW w:w="3421" w:type="dxa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4A7E052E" w14:textId="74930566" w:rsidR="00645EE6" w:rsidRDefault="00645EE6">
            <w:pPr>
              <w:spacing w:after="0"/>
              <w:jc w:val="center"/>
            </w:pPr>
          </w:p>
        </w:tc>
      </w:tr>
      <w:tr w:rsidR="00645EE6" w14:paraId="6F26ADF8" w14:textId="77777777" w:rsidTr="00AD5E2C">
        <w:trPr>
          <w:jc w:val="center"/>
        </w:trPr>
        <w:tc>
          <w:tcPr>
            <w:tcW w:w="4535" w:type="dxa"/>
            <w:shd w:val="clear" w:color="auto" w:fill="F3F7F9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223E9939" w14:textId="77777777" w:rsidR="00645EE6" w:rsidRDefault="00007634">
            <w:pPr>
              <w:spacing w:after="0"/>
            </w:pPr>
            <w:proofErr w:type="spellStart"/>
            <w:r>
              <w:t>Wtórny</w:t>
            </w:r>
            <w:proofErr w:type="spellEnd"/>
            <w:r>
              <w:t xml:space="preserve"> </w:t>
            </w:r>
            <w:proofErr w:type="spellStart"/>
            <w:r>
              <w:t>moduł</w:t>
            </w:r>
            <w:proofErr w:type="spellEnd"/>
            <w:r>
              <w:t xml:space="preserve"> E2</w:t>
            </w:r>
          </w:p>
        </w:tc>
        <w:tc>
          <w:tcPr>
            <w:tcW w:w="3421" w:type="dxa"/>
            <w:shd w:val="clear" w:color="auto" w:fill="F3F7F9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5688E4DD" w14:textId="77777777" w:rsidR="00645EE6" w:rsidRDefault="00007634">
            <w:pPr>
              <w:spacing w:after="0"/>
              <w:jc w:val="center"/>
            </w:pPr>
            <w:r>
              <w:t>≥ 100 MPa</w:t>
            </w:r>
          </w:p>
        </w:tc>
        <w:tc>
          <w:tcPr>
            <w:tcW w:w="3421" w:type="dxa"/>
            <w:shd w:val="clear" w:color="auto" w:fill="F3F7F9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5CC0E539" w14:textId="47430A39" w:rsidR="00645EE6" w:rsidRDefault="00645EE6">
            <w:pPr>
              <w:spacing w:after="0"/>
              <w:jc w:val="center"/>
            </w:pPr>
          </w:p>
        </w:tc>
      </w:tr>
      <w:tr w:rsidR="00645EE6" w14:paraId="6D51FC49" w14:textId="77777777" w:rsidTr="00AD5E2C">
        <w:trPr>
          <w:jc w:val="center"/>
        </w:trPr>
        <w:tc>
          <w:tcPr>
            <w:tcW w:w="4535" w:type="dxa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39ED035F" w14:textId="77777777" w:rsidR="00645EE6" w:rsidRDefault="00007634">
            <w:pPr>
              <w:spacing w:after="0"/>
            </w:pPr>
            <w:proofErr w:type="spellStart"/>
            <w:r>
              <w:t>Wytrzymałość</w:t>
            </w:r>
            <w:proofErr w:type="spellEnd"/>
            <w:r>
              <w:t xml:space="preserve"> R7</w:t>
            </w:r>
          </w:p>
        </w:tc>
        <w:tc>
          <w:tcPr>
            <w:tcW w:w="3421" w:type="dxa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54A72C27" w14:textId="77777777" w:rsidR="00645EE6" w:rsidRDefault="00007634">
            <w:pPr>
              <w:spacing w:after="0"/>
              <w:jc w:val="center"/>
            </w:pPr>
            <w:r>
              <w:t>≥ 1,5 MPa</w:t>
            </w:r>
          </w:p>
        </w:tc>
        <w:tc>
          <w:tcPr>
            <w:tcW w:w="3421" w:type="dxa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2C55A970" w14:textId="71EC0365" w:rsidR="00645EE6" w:rsidRDefault="00645EE6">
            <w:pPr>
              <w:spacing w:after="0"/>
              <w:jc w:val="center"/>
            </w:pPr>
          </w:p>
        </w:tc>
      </w:tr>
      <w:tr w:rsidR="00645EE6" w14:paraId="5B78736F" w14:textId="77777777" w:rsidTr="00AD5E2C">
        <w:trPr>
          <w:jc w:val="center"/>
        </w:trPr>
        <w:tc>
          <w:tcPr>
            <w:tcW w:w="4535" w:type="dxa"/>
            <w:shd w:val="clear" w:color="auto" w:fill="F3F7F9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7D486B1C" w14:textId="77777777" w:rsidR="00645EE6" w:rsidRDefault="00007634">
            <w:pPr>
              <w:spacing w:after="0"/>
            </w:pPr>
            <w:proofErr w:type="spellStart"/>
            <w:r>
              <w:t>Wytrzymałość</w:t>
            </w:r>
            <w:proofErr w:type="spellEnd"/>
            <w:r>
              <w:t xml:space="preserve"> R28</w:t>
            </w:r>
          </w:p>
        </w:tc>
        <w:tc>
          <w:tcPr>
            <w:tcW w:w="3421" w:type="dxa"/>
            <w:shd w:val="clear" w:color="auto" w:fill="F3F7F9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5E421545" w14:textId="77777777" w:rsidR="00645EE6" w:rsidRDefault="00007634">
            <w:pPr>
              <w:spacing w:after="0"/>
              <w:jc w:val="center"/>
            </w:pPr>
            <w:r>
              <w:t>≥ 2,5 MPa</w:t>
            </w:r>
          </w:p>
        </w:tc>
        <w:tc>
          <w:tcPr>
            <w:tcW w:w="3421" w:type="dxa"/>
            <w:shd w:val="clear" w:color="auto" w:fill="F3F7F9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2836DAE6" w14:textId="064B3FF7" w:rsidR="00645EE6" w:rsidRDefault="00645EE6">
            <w:pPr>
              <w:spacing w:after="0"/>
              <w:jc w:val="center"/>
            </w:pPr>
          </w:p>
        </w:tc>
      </w:tr>
    </w:tbl>
    <w:p w14:paraId="0FEEF963" w14:textId="77777777" w:rsidR="00645EE6" w:rsidRDefault="00645EE6">
      <w:pPr>
        <w:spacing w:after="0"/>
      </w:pPr>
    </w:p>
    <w:p w14:paraId="5DE2058F" w14:textId="1A00B668" w:rsidR="00645EE6" w:rsidRDefault="00AD5E2C">
      <w:proofErr w:type="spellStart"/>
      <w:r>
        <w:t>Badania</w:t>
      </w:r>
      <w:proofErr w:type="spellEnd"/>
      <w:r>
        <w:t xml:space="preserve"> </w:t>
      </w:r>
      <w:proofErr w:type="spellStart"/>
      <w:r>
        <w:t>będą</w:t>
      </w:r>
      <w:proofErr w:type="spellEnd"/>
      <w:r>
        <w:t xml:space="preserve"> </w:t>
      </w:r>
      <w:proofErr w:type="spellStart"/>
      <w:r>
        <w:t>prowadzone</w:t>
      </w:r>
      <w:proofErr w:type="spellEnd"/>
      <w:r>
        <w:t xml:space="preserve"> </w:t>
      </w:r>
      <w:proofErr w:type="spellStart"/>
      <w:r>
        <w:t>zgodnie</w:t>
      </w:r>
      <w:proofErr w:type="spellEnd"/>
      <w:r>
        <w:t xml:space="preserve"> z </w:t>
      </w:r>
      <w:proofErr w:type="spellStart"/>
      <w:r>
        <w:t>wytycznymi</w:t>
      </w:r>
      <w:proofErr w:type="spellEnd"/>
      <w:r w:rsidR="00007634">
        <w:br w:type="page"/>
      </w:r>
    </w:p>
    <w:p w14:paraId="42FC1A70" w14:textId="77777777" w:rsidR="00645EE6" w:rsidRDefault="00007634">
      <w:pPr>
        <w:pStyle w:val="Kicker"/>
      </w:pPr>
      <w:r>
        <w:rPr>
          <w:b w:val="0"/>
        </w:rPr>
        <w:lastRenderedPageBreak/>
        <w:t>KORZYŚCI DLA DRÓG I ŚRODOWISKA</w:t>
      </w:r>
    </w:p>
    <w:p w14:paraId="5C8F0C35" w14:textId="77777777" w:rsidR="00645EE6" w:rsidRDefault="00007634">
      <w:pPr>
        <w:spacing w:after="80"/>
      </w:pPr>
      <w:proofErr w:type="spellStart"/>
      <w:r>
        <w:rPr>
          <w:b/>
          <w:color w:val="17365D"/>
          <w:sz w:val="50"/>
        </w:rPr>
        <w:t>Rehabilitacja</w:t>
      </w:r>
      <w:proofErr w:type="spellEnd"/>
      <w:r>
        <w:rPr>
          <w:b/>
          <w:color w:val="17365D"/>
          <w:sz w:val="50"/>
        </w:rPr>
        <w:t xml:space="preserve"> </w:t>
      </w:r>
      <w:proofErr w:type="spellStart"/>
      <w:r>
        <w:rPr>
          <w:b/>
          <w:color w:val="17365D"/>
          <w:sz w:val="50"/>
        </w:rPr>
        <w:t>zamiast</w:t>
      </w:r>
      <w:proofErr w:type="spellEnd"/>
      <w:r>
        <w:rPr>
          <w:b/>
          <w:color w:val="17365D"/>
          <w:sz w:val="50"/>
        </w:rPr>
        <w:t xml:space="preserve"> </w:t>
      </w:r>
      <w:proofErr w:type="spellStart"/>
      <w:r>
        <w:rPr>
          <w:b/>
          <w:color w:val="17365D"/>
          <w:sz w:val="50"/>
        </w:rPr>
        <w:t>pełnej</w:t>
      </w:r>
      <w:proofErr w:type="spellEnd"/>
      <w:r>
        <w:rPr>
          <w:b/>
          <w:color w:val="17365D"/>
          <w:sz w:val="50"/>
        </w:rPr>
        <w:t xml:space="preserve"> </w:t>
      </w:r>
      <w:proofErr w:type="spellStart"/>
      <w:r>
        <w:rPr>
          <w:b/>
          <w:color w:val="17365D"/>
          <w:sz w:val="50"/>
        </w:rPr>
        <w:t>wymiany</w:t>
      </w:r>
      <w:proofErr w:type="spellEnd"/>
    </w:p>
    <w:p w14:paraId="76D43F11" w14:textId="77777777" w:rsidR="00645EE6" w:rsidRDefault="00007634">
      <w:pPr>
        <w:pStyle w:val="Lead"/>
        <w:spacing w:after="200"/>
      </w:pPr>
      <w:r>
        <w:t xml:space="preserve">MGS </w:t>
      </w:r>
      <w:proofErr w:type="spellStart"/>
      <w:r>
        <w:t>łączy</w:t>
      </w:r>
      <w:proofErr w:type="spellEnd"/>
      <w:r>
        <w:t xml:space="preserve"> </w:t>
      </w:r>
      <w:proofErr w:type="spellStart"/>
      <w:r>
        <w:t>wymagania</w:t>
      </w:r>
      <w:proofErr w:type="spellEnd"/>
      <w:r>
        <w:t xml:space="preserve"> </w:t>
      </w:r>
      <w:proofErr w:type="spellStart"/>
      <w:r>
        <w:t>techniczne</w:t>
      </w:r>
      <w:proofErr w:type="spellEnd"/>
      <w:r>
        <w:t xml:space="preserve"> </w:t>
      </w:r>
      <w:proofErr w:type="spellStart"/>
      <w:r>
        <w:t>drogownictwa</w:t>
      </w:r>
      <w:proofErr w:type="spellEnd"/>
      <w:r>
        <w:t xml:space="preserve"> z </w:t>
      </w:r>
      <w:proofErr w:type="spellStart"/>
      <w:r>
        <w:t>praktycznym</w:t>
      </w:r>
      <w:proofErr w:type="spellEnd"/>
      <w:r>
        <w:t xml:space="preserve"> </w:t>
      </w:r>
      <w:proofErr w:type="spellStart"/>
      <w:r>
        <w:t>wykorzystaniem</w:t>
      </w:r>
      <w:proofErr w:type="spellEnd"/>
      <w:r>
        <w:t xml:space="preserve"> </w:t>
      </w:r>
      <w:proofErr w:type="spellStart"/>
      <w:r>
        <w:t>materiałów</w:t>
      </w:r>
      <w:proofErr w:type="spellEnd"/>
      <w:r>
        <w:t xml:space="preserve"> </w:t>
      </w:r>
      <w:proofErr w:type="spellStart"/>
      <w:r>
        <w:t>odpadowych</w:t>
      </w:r>
      <w:proofErr w:type="spellEnd"/>
      <w:r>
        <w:t>.</w:t>
      </w:r>
    </w:p>
    <w:p w14:paraId="47846C02" w14:textId="77777777" w:rsidR="00645EE6" w:rsidRDefault="00007634">
      <w:pPr>
        <w:jc w:val="center"/>
      </w:pPr>
      <w:r>
        <w:rPr>
          <w:noProof/>
          <w:lang w:val="pl-PL" w:eastAsia="pl-PL"/>
        </w:rPr>
        <w:drawing>
          <wp:inline distT="0" distB="0" distL="0" distR="0" wp14:anchorId="4BD7FF38" wp14:editId="3866F6B0">
            <wp:extent cx="6408000" cy="297514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ad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08000" cy="2975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053E1" w14:textId="77777777" w:rsidR="00645EE6" w:rsidRDefault="00007634">
      <w:pPr>
        <w:pStyle w:val="Nagwek2"/>
        <w:spacing w:before="60"/>
      </w:pPr>
      <w:r>
        <w:rPr>
          <w:b w:val="0"/>
        </w:rPr>
        <w:t xml:space="preserve">Co </w:t>
      </w:r>
      <w:proofErr w:type="spellStart"/>
      <w:r>
        <w:rPr>
          <w:b w:val="0"/>
        </w:rPr>
        <w:t>daje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technologia</w:t>
      </w:r>
      <w:proofErr w:type="spellEnd"/>
      <w:r>
        <w:rPr>
          <w:b w:val="0"/>
        </w:rPr>
        <w:t xml:space="preserve"> MGS?</w:t>
      </w:r>
    </w:p>
    <w:p w14:paraId="5F0EBFB2" w14:textId="77777777" w:rsidR="00645EE6" w:rsidRDefault="00007634">
      <w:pPr>
        <w:pStyle w:val="Listapunktowana"/>
        <w:tabs>
          <w:tab w:val="left" w:pos="595"/>
        </w:tabs>
        <w:spacing w:after="80" w:line="278" w:lineRule="auto"/>
        <w:ind w:left="595" w:hanging="238"/>
      </w:pPr>
      <w:proofErr w:type="spellStart"/>
      <w:r>
        <w:t>ponowne</w:t>
      </w:r>
      <w:proofErr w:type="spellEnd"/>
      <w:r>
        <w:t xml:space="preserve"> </w:t>
      </w:r>
      <w:proofErr w:type="spellStart"/>
      <w:r>
        <w:t>wykorzystanie</w:t>
      </w:r>
      <w:proofErr w:type="spellEnd"/>
      <w:r>
        <w:t xml:space="preserve"> </w:t>
      </w:r>
      <w:proofErr w:type="spellStart"/>
      <w:r>
        <w:t>gruzu</w:t>
      </w:r>
      <w:proofErr w:type="spellEnd"/>
      <w:r>
        <w:t xml:space="preserve"> </w:t>
      </w:r>
      <w:proofErr w:type="spellStart"/>
      <w:r>
        <w:t>betonowego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ceglanego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granulatu</w:t>
      </w:r>
      <w:proofErr w:type="spellEnd"/>
      <w:r>
        <w:t xml:space="preserve"> </w:t>
      </w:r>
      <w:proofErr w:type="spellStart"/>
      <w:r>
        <w:t>gumowego</w:t>
      </w:r>
      <w:proofErr w:type="spellEnd"/>
      <w:r>
        <w:t xml:space="preserve"> SBR;</w:t>
      </w:r>
    </w:p>
    <w:p w14:paraId="53DCEB27" w14:textId="77777777" w:rsidR="00645EE6" w:rsidRDefault="00007634">
      <w:pPr>
        <w:pStyle w:val="Listapunktowana"/>
        <w:tabs>
          <w:tab w:val="left" w:pos="595"/>
        </w:tabs>
        <w:spacing w:after="80" w:line="278" w:lineRule="auto"/>
        <w:ind w:left="595" w:hanging="238"/>
      </w:pPr>
      <w:proofErr w:type="spellStart"/>
      <w:r>
        <w:t>ograniczenie</w:t>
      </w:r>
      <w:proofErr w:type="spellEnd"/>
      <w:r>
        <w:t xml:space="preserve"> </w:t>
      </w:r>
      <w:proofErr w:type="spellStart"/>
      <w:r>
        <w:t>zapotrzebowania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kruszywa</w:t>
      </w:r>
      <w:proofErr w:type="spellEnd"/>
      <w:r>
        <w:t xml:space="preserve"> </w:t>
      </w:r>
      <w:proofErr w:type="spellStart"/>
      <w:r>
        <w:t>naturalne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transport </w:t>
      </w:r>
      <w:proofErr w:type="spellStart"/>
      <w:r>
        <w:t>nowych</w:t>
      </w:r>
      <w:proofErr w:type="spellEnd"/>
      <w:r>
        <w:t xml:space="preserve"> </w:t>
      </w:r>
      <w:proofErr w:type="spellStart"/>
      <w:r>
        <w:t>materiałów</w:t>
      </w:r>
      <w:proofErr w:type="spellEnd"/>
      <w:r>
        <w:t>;</w:t>
      </w:r>
    </w:p>
    <w:p w14:paraId="5D3608B0" w14:textId="77777777" w:rsidR="00645EE6" w:rsidRDefault="00007634">
      <w:pPr>
        <w:pStyle w:val="Listapunktowana"/>
        <w:tabs>
          <w:tab w:val="left" w:pos="595"/>
        </w:tabs>
        <w:spacing w:after="80" w:line="278" w:lineRule="auto"/>
        <w:ind w:left="595" w:hanging="238"/>
      </w:pPr>
      <w:proofErr w:type="spellStart"/>
      <w:r>
        <w:t>wzmocnienie</w:t>
      </w:r>
      <w:proofErr w:type="spellEnd"/>
      <w:r>
        <w:t xml:space="preserve"> </w:t>
      </w:r>
      <w:proofErr w:type="spellStart"/>
      <w:r>
        <w:t>istniejących</w:t>
      </w:r>
      <w:proofErr w:type="spellEnd"/>
      <w:r>
        <w:t xml:space="preserve"> </w:t>
      </w:r>
      <w:proofErr w:type="spellStart"/>
      <w:r>
        <w:t>podbudów</w:t>
      </w:r>
      <w:proofErr w:type="spellEnd"/>
      <w:r>
        <w:t xml:space="preserve"> bez </w:t>
      </w:r>
      <w:proofErr w:type="spellStart"/>
      <w:r>
        <w:t>konieczności</w:t>
      </w:r>
      <w:proofErr w:type="spellEnd"/>
      <w:r>
        <w:t xml:space="preserve"> ich </w:t>
      </w:r>
      <w:proofErr w:type="spellStart"/>
      <w:r>
        <w:t>całkowitej</w:t>
      </w:r>
      <w:proofErr w:type="spellEnd"/>
      <w:r>
        <w:t xml:space="preserve"> </w:t>
      </w:r>
      <w:proofErr w:type="spellStart"/>
      <w:r>
        <w:t>wymiany</w:t>
      </w:r>
      <w:proofErr w:type="spellEnd"/>
      <w:r>
        <w:t>;</w:t>
      </w:r>
    </w:p>
    <w:p w14:paraId="7CF839C0" w14:textId="77777777" w:rsidR="00645EE6" w:rsidRDefault="00007634">
      <w:pPr>
        <w:pStyle w:val="Listapunktowana"/>
        <w:tabs>
          <w:tab w:val="left" w:pos="595"/>
        </w:tabs>
        <w:spacing w:after="80" w:line="278" w:lineRule="auto"/>
        <w:ind w:left="595" w:hanging="238"/>
      </w:pPr>
      <w:proofErr w:type="spellStart"/>
      <w:r>
        <w:t>uzyskanie</w:t>
      </w:r>
      <w:proofErr w:type="spellEnd"/>
      <w:r>
        <w:t xml:space="preserve"> </w:t>
      </w:r>
      <w:proofErr w:type="spellStart"/>
      <w:r>
        <w:t>wymaganej</w:t>
      </w:r>
      <w:proofErr w:type="spellEnd"/>
      <w:r>
        <w:t xml:space="preserve"> </w:t>
      </w:r>
      <w:proofErr w:type="spellStart"/>
      <w:r>
        <w:t>nośności</w:t>
      </w:r>
      <w:proofErr w:type="spellEnd"/>
      <w:r>
        <w:t xml:space="preserve">, </w:t>
      </w:r>
      <w:proofErr w:type="spellStart"/>
      <w:r>
        <w:t>wytrzymałości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zagęszczenia</w:t>
      </w:r>
      <w:proofErr w:type="spellEnd"/>
      <w:r>
        <w:t xml:space="preserve"> </w:t>
      </w:r>
      <w:proofErr w:type="spellStart"/>
      <w:r>
        <w:t>warstwy</w:t>
      </w:r>
      <w:proofErr w:type="spellEnd"/>
      <w:r>
        <w:t xml:space="preserve"> pod </w:t>
      </w:r>
      <w:proofErr w:type="spellStart"/>
      <w:r>
        <w:t>warstwy</w:t>
      </w:r>
      <w:proofErr w:type="spellEnd"/>
      <w:r>
        <w:t xml:space="preserve"> </w:t>
      </w:r>
      <w:proofErr w:type="spellStart"/>
      <w:r>
        <w:t>bitumiczne</w:t>
      </w:r>
      <w:proofErr w:type="spellEnd"/>
      <w:r>
        <w:t>;</w:t>
      </w:r>
    </w:p>
    <w:p w14:paraId="59CC7794" w14:textId="77777777" w:rsidR="00645EE6" w:rsidRDefault="00007634">
      <w:pPr>
        <w:pStyle w:val="Listapunktowana"/>
        <w:tabs>
          <w:tab w:val="left" w:pos="595"/>
        </w:tabs>
        <w:spacing w:after="80" w:line="278" w:lineRule="auto"/>
        <w:ind w:left="595" w:hanging="238"/>
      </w:pPr>
      <w:proofErr w:type="spellStart"/>
      <w:r>
        <w:t>możliwość</w:t>
      </w:r>
      <w:proofErr w:type="spellEnd"/>
      <w:r>
        <w:t xml:space="preserve"> </w:t>
      </w:r>
      <w:proofErr w:type="spellStart"/>
      <w:r>
        <w:t>dopasowania</w:t>
      </w:r>
      <w:proofErr w:type="spellEnd"/>
      <w:r>
        <w:t xml:space="preserve"> </w:t>
      </w:r>
      <w:proofErr w:type="spellStart"/>
      <w:r>
        <w:t>technologii</w:t>
      </w:r>
      <w:proofErr w:type="spellEnd"/>
      <w:r>
        <w:t xml:space="preserve"> do </w:t>
      </w:r>
      <w:proofErr w:type="spellStart"/>
      <w:r>
        <w:t>różnych</w:t>
      </w:r>
      <w:proofErr w:type="spellEnd"/>
      <w:r>
        <w:t xml:space="preserve"> </w:t>
      </w:r>
      <w:proofErr w:type="spellStart"/>
      <w:r>
        <w:t>typów</w:t>
      </w:r>
      <w:proofErr w:type="spellEnd"/>
      <w:r>
        <w:t xml:space="preserve"> </w:t>
      </w:r>
      <w:proofErr w:type="spellStart"/>
      <w:r>
        <w:t>podłoża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istniejących</w:t>
      </w:r>
      <w:proofErr w:type="spellEnd"/>
      <w:r>
        <w:t xml:space="preserve"> </w:t>
      </w:r>
      <w:proofErr w:type="spellStart"/>
      <w:r>
        <w:t>konstrukcji</w:t>
      </w:r>
      <w:proofErr w:type="spellEnd"/>
      <w:r>
        <w:t xml:space="preserve"> </w:t>
      </w:r>
      <w:proofErr w:type="spellStart"/>
      <w:r>
        <w:t>dróg</w:t>
      </w:r>
      <w:proofErr w:type="spellEnd"/>
      <w:r>
        <w:t xml:space="preserve"> </w:t>
      </w:r>
      <w:proofErr w:type="spellStart"/>
      <w:r>
        <w:t>samorządowych</w:t>
      </w:r>
      <w:proofErr w:type="spellEnd"/>
      <w:r>
        <w:t>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091"/>
      </w:tblGrid>
      <w:tr w:rsidR="00645EE6" w14:paraId="6BD85D1C" w14:textId="77777777">
        <w:trPr>
          <w:jc w:val="center"/>
        </w:trPr>
        <w:tc>
          <w:tcPr>
            <w:tcW w:w="10091" w:type="dxa"/>
            <w:shd w:val="clear" w:color="auto" w:fill="0067B1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14145A49" w14:textId="0EE0B498" w:rsidR="00645EE6" w:rsidRDefault="00007634">
            <w:pPr>
              <w:spacing w:after="0"/>
            </w:pPr>
            <w:proofErr w:type="spellStart"/>
            <w:r>
              <w:rPr>
                <w:b/>
                <w:color w:val="FFFFFF"/>
                <w:sz w:val="22"/>
              </w:rPr>
              <w:t>Dzięki</w:t>
            </w:r>
            <w:proofErr w:type="spellEnd"/>
            <w:r>
              <w:rPr>
                <w:b/>
                <w:color w:val="FFFFFF"/>
                <w:sz w:val="22"/>
              </w:rPr>
              <w:t xml:space="preserve"> </w:t>
            </w:r>
            <w:proofErr w:type="spellStart"/>
            <w:r>
              <w:rPr>
                <w:b/>
                <w:color w:val="FFFFFF"/>
                <w:sz w:val="22"/>
              </w:rPr>
              <w:t>wsparciu</w:t>
            </w:r>
            <w:proofErr w:type="spellEnd"/>
            <w:r>
              <w:rPr>
                <w:b/>
                <w:color w:val="FFFFFF"/>
                <w:sz w:val="22"/>
              </w:rPr>
              <w:t xml:space="preserve"> Funduszy </w:t>
            </w:r>
            <w:proofErr w:type="spellStart"/>
            <w:r>
              <w:rPr>
                <w:b/>
                <w:color w:val="FFFFFF"/>
                <w:sz w:val="22"/>
              </w:rPr>
              <w:t>Europejskich</w:t>
            </w:r>
            <w:proofErr w:type="spellEnd"/>
            <w:r>
              <w:rPr>
                <w:b/>
                <w:color w:val="FFFFFF"/>
                <w:sz w:val="22"/>
              </w:rPr>
              <w:t xml:space="preserve"> </w:t>
            </w:r>
            <w:proofErr w:type="spellStart"/>
            <w:r>
              <w:rPr>
                <w:b/>
                <w:color w:val="FFFFFF"/>
                <w:sz w:val="22"/>
              </w:rPr>
              <w:t>pomysł</w:t>
            </w:r>
            <w:proofErr w:type="spellEnd"/>
            <w:r>
              <w:rPr>
                <w:b/>
                <w:color w:val="FFFFFF"/>
                <w:sz w:val="22"/>
              </w:rPr>
              <w:t xml:space="preserve"> </w:t>
            </w:r>
            <w:proofErr w:type="spellStart"/>
            <w:r>
              <w:rPr>
                <w:b/>
                <w:color w:val="FFFFFF"/>
                <w:sz w:val="22"/>
              </w:rPr>
              <w:t>oparty</w:t>
            </w:r>
            <w:proofErr w:type="spellEnd"/>
            <w:r>
              <w:rPr>
                <w:b/>
                <w:color w:val="FFFFFF"/>
                <w:sz w:val="22"/>
              </w:rPr>
              <w:t xml:space="preserve"> </w:t>
            </w:r>
            <w:proofErr w:type="spellStart"/>
            <w:r>
              <w:rPr>
                <w:b/>
                <w:color w:val="FFFFFF"/>
                <w:sz w:val="22"/>
              </w:rPr>
              <w:t>na</w:t>
            </w:r>
            <w:proofErr w:type="spellEnd"/>
            <w:r>
              <w:rPr>
                <w:b/>
                <w:color w:val="FFFFFF"/>
                <w:sz w:val="22"/>
              </w:rPr>
              <w:t xml:space="preserve"> </w:t>
            </w:r>
            <w:proofErr w:type="spellStart"/>
            <w:r>
              <w:rPr>
                <w:b/>
                <w:color w:val="FFFFFF"/>
                <w:sz w:val="22"/>
              </w:rPr>
              <w:t>gosp</w:t>
            </w:r>
            <w:r w:rsidR="00854428">
              <w:rPr>
                <w:b/>
                <w:color w:val="FFFFFF"/>
                <w:sz w:val="22"/>
              </w:rPr>
              <w:t>odarce</w:t>
            </w:r>
            <w:proofErr w:type="spellEnd"/>
            <w:r w:rsidR="00854428">
              <w:rPr>
                <w:b/>
                <w:color w:val="FFFFFF"/>
                <w:sz w:val="22"/>
              </w:rPr>
              <w:t xml:space="preserve"> </w:t>
            </w:r>
            <w:proofErr w:type="spellStart"/>
            <w:r w:rsidR="00854428">
              <w:rPr>
                <w:b/>
                <w:color w:val="FFFFFF"/>
                <w:sz w:val="22"/>
              </w:rPr>
              <w:t>obiegu</w:t>
            </w:r>
            <w:proofErr w:type="spellEnd"/>
            <w:r w:rsidR="00854428">
              <w:rPr>
                <w:b/>
                <w:color w:val="FFFFFF"/>
                <w:sz w:val="22"/>
              </w:rPr>
              <w:t xml:space="preserve"> </w:t>
            </w:r>
            <w:proofErr w:type="spellStart"/>
            <w:r w:rsidR="00854428">
              <w:rPr>
                <w:b/>
                <w:color w:val="FFFFFF"/>
                <w:sz w:val="22"/>
              </w:rPr>
              <w:t>zamkniętego</w:t>
            </w:r>
            <w:proofErr w:type="spellEnd"/>
            <w:r w:rsidR="00854428">
              <w:rPr>
                <w:b/>
                <w:color w:val="FFFFFF"/>
                <w:sz w:val="22"/>
              </w:rPr>
              <w:t xml:space="preserve"> </w:t>
            </w:r>
            <w:proofErr w:type="spellStart"/>
            <w:r w:rsidR="00854428">
              <w:rPr>
                <w:b/>
                <w:color w:val="FFFFFF"/>
                <w:sz w:val="22"/>
              </w:rPr>
              <w:t>zostanie</w:t>
            </w:r>
            <w:proofErr w:type="spellEnd"/>
            <w:r>
              <w:rPr>
                <w:b/>
                <w:color w:val="FFFFFF"/>
                <w:sz w:val="22"/>
              </w:rPr>
              <w:t xml:space="preserve"> </w:t>
            </w:r>
            <w:proofErr w:type="spellStart"/>
            <w:r>
              <w:rPr>
                <w:b/>
                <w:color w:val="FFFFFF"/>
                <w:sz w:val="22"/>
              </w:rPr>
              <w:t>rozwinięty</w:t>
            </w:r>
            <w:proofErr w:type="spellEnd"/>
            <w:r>
              <w:rPr>
                <w:b/>
                <w:color w:val="FFFFFF"/>
                <w:sz w:val="22"/>
              </w:rPr>
              <w:t xml:space="preserve">, </w:t>
            </w:r>
            <w:proofErr w:type="spellStart"/>
            <w:r>
              <w:rPr>
                <w:b/>
                <w:color w:val="FFFFFF"/>
                <w:sz w:val="22"/>
              </w:rPr>
              <w:t>przebadany</w:t>
            </w:r>
            <w:proofErr w:type="spellEnd"/>
            <w:r>
              <w:rPr>
                <w:b/>
                <w:color w:val="FFFFFF"/>
                <w:sz w:val="22"/>
              </w:rPr>
              <w:t xml:space="preserve"> </w:t>
            </w:r>
            <w:proofErr w:type="spellStart"/>
            <w:r>
              <w:rPr>
                <w:b/>
                <w:color w:val="FFFFFF"/>
                <w:sz w:val="22"/>
              </w:rPr>
              <w:t>i</w:t>
            </w:r>
            <w:proofErr w:type="spellEnd"/>
            <w:r>
              <w:rPr>
                <w:b/>
                <w:color w:val="FFFFFF"/>
                <w:sz w:val="22"/>
              </w:rPr>
              <w:t xml:space="preserve"> </w:t>
            </w:r>
            <w:proofErr w:type="spellStart"/>
            <w:r>
              <w:rPr>
                <w:b/>
                <w:color w:val="FFFFFF"/>
                <w:sz w:val="22"/>
              </w:rPr>
              <w:t>doprowadzony</w:t>
            </w:r>
            <w:proofErr w:type="spellEnd"/>
            <w:r>
              <w:rPr>
                <w:b/>
                <w:color w:val="FFFFFF"/>
                <w:sz w:val="22"/>
              </w:rPr>
              <w:t xml:space="preserve"> do </w:t>
            </w:r>
            <w:proofErr w:type="spellStart"/>
            <w:r>
              <w:rPr>
                <w:b/>
                <w:color w:val="FFFFFF"/>
                <w:sz w:val="22"/>
              </w:rPr>
              <w:t>postaci</w:t>
            </w:r>
            <w:proofErr w:type="spellEnd"/>
            <w:r>
              <w:rPr>
                <w:b/>
                <w:color w:val="FFFFFF"/>
                <w:sz w:val="22"/>
              </w:rPr>
              <w:t xml:space="preserve"> </w:t>
            </w:r>
            <w:proofErr w:type="spellStart"/>
            <w:r>
              <w:rPr>
                <w:b/>
                <w:color w:val="FFFFFF"/>
                <w:sz w:val="22"/>
              </w:rPr>
              <w:t>technologii</w:t>
            </w:r>
            <w:proofErr w:type="spellEnd"/>
            <w:r>
              <w:rPr>
                <w:b/>
                <w:color w:val="FFFFFF"/>
                <w:sz w:val="22"/>
              </w:rPr>
              <w:t xml:space="preserve"> </w:t>
            </w:r>
            <w:proofErr w:type="spellStart"/>
            <w:r>
              <w:rPr>
                <w:b/>
                <w:color w:val="FFFFFF"/>
                <w:sz w:val="22"/>
              </w:rPr>
              <w:t>gotowej</w:t>
            </w:r>
            <w:proofErr w:type="spellEnd"/>
            <w:r>
              <w:rPr>
                <w:b/>
                <w:color w:val="FFFFFF"/>
                <w:sz w:val="22"/>
              </w:rPr>
              <w:t xml:space="preserve"> do </w:t>
            </w:r>
            <w:proofErr w:type="spellStart"/>
            <w:r>
              <w:rPr>
                <w:b/>
                <w:color w:val="FFFFFF"/>
                <w:sz w:val="22"/>
              </w:rPr>
              <w:t>wdrożenia</w:t>
            </w:r>
            <w:proofErr w:type="spellEnd"/>
            <w:r>
              <w:rPr>
                <w:b/>
                <w:color w:val="FFFFFF"/>
                <w:sz w:val="22"/>
              </w:rPr>
              <w:t>.</w:t>
            </w:r>
          </w:p>
        </w:tc>
      </w:tr>
    </w:tbl>
    <w:p w14:paraId="6678FD05" w14:textId="77777777" w:rsidR="00645EE6" w:rsidRDefault="00645EE6">
      <w:pPr>
        <w:spacing w:after="0"/>
      </w:pPr>
    </w:p>
    <w:p w14:paraId="4A8FA0C7" w14:textId="77777777" w:rsidR="00645EE6" w:rsidRDefault="00007634">
      <w:pPr>
        <w:pStyle w:val="Nagwek3"/>
        <w:spacing w:before="40" w:after="80"/>
        <w:jc w:val="center"/>
      </w:pPr>
      <w:proofErr w:type="spellStart"/>
      <w:r>
        <w:rPr>
          <w:b w:val="0"/>
        </w:rPr>
        <w:t>Beneficjent</w:t>
      </w:r>
      <w:proofErr w:type="spellEnd"/>
      <w:r>
        <w:rPr>
          <w:b w:val="0"/>
        </w:rPr>
        <w:t xml:space="preserve">: ANODOS Sp. z </w:t>
      </w:r>
      <w:proofErr w:type="spellStart"/>
      <w:r>
        <w:rPr>
          <w:b w:val="0"/>
        </w:rPr>
        <w:t>o.o.</w:t>
      </w:r>
      <w:proofErr w:type="spellEnd"/>
      <w:r>
        <w:rPr>
          <w:b w:val="0"/>
        </w:rPr>
        <w:t xml:space="preserve">  |  www.anodos.pl</w:t>
      </w:r>
    </w:p>
    <w:p w14:paraId="0317C4B8" w14:textId="77777777" w:rsidR="00645EE6" w:rsidRDefault="00007634">
      <w:pPr>
        <w:jc w:val="center"/>
      </w:pPr>
      <w:r>
        <w:rPr>
          <w:noProof/>
          <w:lang w:val="pl-PL" w:eastAsia="pl-PL"/>
        </w:rPr>
        <w:drawing>
          <wp:inline distT="0" distB="0" distL="0" distR="0" wp14:anchorId="611294A1" wp14:editId="20DCC466">
            <wp:extent cx="6192000" cy="77655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2000" cy="77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272D4" w14:textId="77777777" w:rsidR="00645EE6" w:rsidRDefault="00007634">
      <w:pPr>
        <w:pStyle w:val="Small"/>
        <w:spacing w:after="0"/>
        <w:jc w:val="center"/>
      </w:pPr>
      <w:r>
        <w:t xml:space="preserve">Program: </w:t>
      </w:r>
      <w:proofErr w:type="spellStart"/>
      <w:r>
        <w:t>Fundusze</w:t>
      </w:r>
      <w:proofErr w:type="spellEnd"/>
      <w:r>
        <w:t xml:space="preserve"> </w:t>
      </w:r>
      <w:proofErr w:type="spellStart"/>
      <w:r>
        <w:t>Europejskie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Mazowsza</w:t>
      </w:r>
      <w:proofErr w:type="spellEnd"/>
      <w:r>
        <w:t xml:space="preserve"> 2021-2027  |  Priorytet: </w:t>
      </w:r>
      <w:proofErr w:type="spellStart"/>
      <w:r>
        <w:t>Fundusze</w:t>
      </w:r>
      <w:proofErr w:type="spellEnd"/>
      <w:r>
        <w:t xml:space="preserve"> </w:t>
      </w:r>
      <w:proofErr w:type="spellStart"/>
      <w:r>
        <w:t>Europejskie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bardziej</w:t>
      </w:r>
      <w:proofErr w:type="spellEnd"/>
      <w:r>
        <w:t xml:space="preserve"> </w:t>
      </w:r>
      <w:proofErr w:type="spellStart"/>
      <w:r>
        <w:t>konkurencyjnego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inteligentnego</w:t>
      </w:r>
      <w:proofErr w:type="spellEnd"/>
      <w:r>
        <w:t xml:space="preserve"> </w:t>
      </w:r>
      <w:proofErr w:type="spellStart"/>
      <w:r>
        <w:t>Mazowsza</w:t>
      </w:r>
      <w:proofErr w:type="spellEnd"/>
      <w:r>
        <w:t xml:space="preserve">  |  </w:t>
      </w:r>
      <w:proofErr w:type="spellStart"/>
      <w:r>
        <w:t>Działanie</w:t>
      </w:r>
      <w:proofErr w:type="spellEnd"/>
      <w:r>
        <w:t xml:space="preserve">: </w:t>
      </w:r>
      <w:proofErr w:type="spellStart"/>
      <w:r>
        <w:t>Badania</w:t>
      </w:r>
      <w:proofErr w:type="spellEnd"/>
      <w:r>
        <w:t xml:space="preserve">, </w:t>
      </w:r>
      <w:proofErr w:type="spellStart"/>
      <w:r>
        <w:t>rozwój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innowacje</w:t>
      </w:r>
      <w:proofErr w:type="spellEnd"/>
      <w:r>
        <w:t xml:space="preserve"> </w:t>
      </w:r>
      <w:proofErr w:type="spellStart"/>
      <w:r>
        <w:t>przedsiębiorstw</w:t>
      </w:r>
      <w:proofErr w:type="spellEnd"/>
      <w:r>
        <w:t xml:space="preserve">  |  </w:t>
      </w:r>
      <w:proofErr w:type="spellStart"/>
      <w:r>
        <w:t>Fundusz</w:t>
      </w:r>
      <w:proofErr w:type="spellEnd"/>
      <w:r>
        <w:t xml:space="preserve">: </w:t>
      </w:r>
      <w:proofErr w:type="spellStart"/>
      <w:r>
        <w:t>Europejski</w:t>
      </w:r>
      <w:proofErr w:type="spellEnd"/>
      <w:r>
        <w:t xml:space="preserve"> </w:t>
      </w:r>
      <w:proofErr w:type="spellStart"/>
      <w:r>
        <w:t>Fundusz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 </w:t>
      </w:r>
      <w:proofErr w:type="spellStart"/>
      <w:r>
        <w:t>Regionalnego</w:t>
      </w:r>
      <w:proofErr w:type="spellEnd"/>
    </w:p>
    <w:sectPr w:rsidR="00645EE6" w:rsidSect="00034616">
      <w:footerReference w:type="default" r:id="rId15"/>
      <w:pgSz w:w="11906" w:h="16838"/>
      <w:pgMar w:top="765" w:right="822" w:bottom="709" w:left="822" w:header="255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A04F2" w14:textId="77777777" w:rsidR="003213BF" w:rsidRDefault="003213BF">
      <w:pPr>
        <w:spacing w:after="0" w:line="240" w:lineRule="auto"/>
      </w:pPr>
      <w:r>
        <w:separator/>
      </w:r>
    </w:p>
  </w:endnote>
  <w:endnote w:type="continuationSeparator" w:id="0">
    <w:p w14:paraId="6F355D47" w14:textId="77777777" w:rsidR="003213BF" w:rsidRDefault="00321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54B15" w14:textId="77777777" w:rsidR="00645EE6" w:rsidRDefault="00007634">
    <w:pPr>
      <w:pStyle w:val="Stopka"/>
      <w:spacing w:before="60"/>
      <w:jc w:val="center"/>
    </w:pPr>
    <w:r>
      <w:rPr>
        <w:color w:val="5F6B73"/>
        <w:sz w:val="15"/>
      </w:rPr>
      <w:t xml:space="preserve">ANODOS Sp. z </w:t>
    </w:r>
    <w:proofErr w:type="spellStart"/>
    <w:r>
      <w:rPr>
        <w:color w:val="5F6B73"/>
        <w:sz w:val="15"/>
      </w:rPr>
      <w:t>o.o.</w:t>
    </w:r>
    <w:proofErr w:type="spellEnd"/>
    <w:r>
      <w:rPr>
        <w:color w:val="5F6B73"/>
        <w:sz w:val="15"/>
      </w:rPr>
      <w:t xml:space="preserve">  |  FEMA.01.01-IP.01-02HK/24  |  </w:t>
    </w:r>
    <w:r>
      <w:fldChar w:fldCharType="begin"/>
    </w:r>
    <w:r>
      <w:instrText>PAGE</w:instrText>
    </w:r>
    <w:r>
      <w:fldChar w:fldCharType="separate"/>
    </w:r>
    <w:r w:rsidR="00854428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416B8" w14:textId="77777777" w:rsidR="003213BF" w:rsidRDefault="003213BF">
      <w:pPr>
        <w:spacing w:after="0" w:line="240" w:lineRule="auto"/>
      </w:pPr>
      <w:r>
        <w:separator/>
      </w:r>
    </w:p>
  </w:footnote>
  <w:footnote w:type="continuationSeparator" w:id="0">
    <w:p w14:paraId="5524FA0C" w14:textId="77777777" w:rsidR="003213BF" w:rsidRDefault="003213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99000168">
    <w:abstractNumId w:val="8"/>
  </w:num>
  <w:num w:numId="2" w16cid:durableId="2022925885">
    <w:abstractNumId w:val="6"/>
  </w:num>
  <w:num w:numId="3" w16cid:durableId="1860461318">
    <w:abstractNumId w:val="5"/>
  </w:num>
  <w:num w:numId="4" w16cid:durableId="928466494">
    <w:abstractNumId w:val="4"/>
  </w:num>
  <w:num w:numId="5" w16cid:durableId="798569605">
    <w:abstractNumId w:val="7"/>
  </w:num>
  <w:num w:numId="6" w16cid:durableId="1909000986">
    <w:abstractNumId w:val="3"/>
  </w:num>
  <w:num w:numId="7" w16cid:durableId="850526788">
    <w:abstractNumId w:val="2"/>
  </w:num>
  <w:num w:numId="8" w16cid:durableId="1399086814">
    <w:abstractNumId w:val="1"/>
  </w:num>
  <w:num w:numId="9" w16cid:durableId="172377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07634"/>
    <w:rsid w:val="00034616"/>
    <w:rsid w:val="0006063C"/>
    <w:rsid w:val="0015074B"/>
    <w:rsid w:val="0029639D"/>
    <w:rsid w:val="002F6283"/>
    <w:rsid w:val="003213BF"/>
    <w:rsid w:val="00326F90"/>
    <w:rsid w:val="00413265"/>
    <w:rsid w:val="004E4830"/>
    <w:rsid w:val="00645EE6"/>
    <w:rsid w:val="00736527"/>
    <w:rsid w:val="007F5BFF"/>
    <w:rsid w:val="00854428"/>
    <w:rsid w:val="00960AC0"/>
    <w:rsid w:val="00AA1D8D"/>
    <w:rsid w:val="00AD5E2C"/>
    <w:rsid w:val="00B47730"/>
    <w:rsid w:val="00B9226F"/>
    <w:rsid w:val="00B952A4"/>
    <w:rsid w:val="00CB0664"/>
    <w:rsid w:val="00D976D3"/>
    <w:rsid w:val="00F14E46"/>
    <w:rsid w:val="00F9793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9E154A"/>
  <w14:defaultImageDpi w14:val="300"/>
  <w15:docId w15:val="{B7BBA497-7F1C-4328-BF74-3F530E2C2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100" w:line="281" w:lineRule="auto"/>
    </w:pPr>
    <w:rPr>
      <w:rFonts w:ascii="Aptos" w:hAnsi="Aptos"/>
      <w:color w:val="1E2A3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/>
      <w:b/>
      <w:bCs/>
      <w:color w:val="0067B1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/>
      <w:b/>
      <w:bCs/>
      <w:color w:val="0067B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7365D"/>
      <w:sz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Kicker">
    <w:name w:val="Kicker"/>
    <w:pPr>
      <w:spacing w:after="80" w:line="259" w:lineRule="auto"/>
    </w:pPr>
    <w:rPr>
      <w:rFonts w:ascii="Aptos" w:hAnsi="Aptos"/>
      <w:b/>
      <w:color w:val="00A6D6"/>
      <w:sz w:val="18"/>
    </w:rPr>
  </w:style>
  <w:style w:type="paragraph" w:customStyle="1" w:styleId="Lead">
    <w:name w:val="Lead"/>
    <w:pPr>
      <w:spacing w:after="80" w:line="259" w:lineRule="auto"/>
    </w:pPr>
    <w:rPr>
      <w:rFonts w:ascii="Aptos" w:hAnsi="Aptos"/>
      <w:color w:val="17365D"/>
      <w:sz w:val="26"/>
    </w:rPr>
  </w:style>
  <w:style w:type="paragraph" w:customStyle="1" w:styleId="Metric">
    <w:name w:val="Metric"/>
    <w:pPr>
      <w:spacing w:after="80" w:line="259" w:lineRule="auto"/>
    </w:pPr>
    <w:rPr>
      <w:rFonts w:ascii="Aptos" w:hAnsi="Aptos"/>
      <w:b/>
      <w:color w:val="0067B1"/>
      <w:sz w:val="44"/>
    </w:rPr>
  </w:style>
  <w:style w:type="paragraph" w:customStyle="1" w:styleId="MetricLabel">
    <w:name w:val="Metric Label"/>
    <w:pPr>
      <w:spacing w:after="80" w:line="259" w:lineRule="auto"/>
    </w:pPr>
    <w:rPr>
      <w:rFonts w:ascii="Aptos" w:hAnsi="Aptos"/>
      <w:b/>
      <w:color w:val="5F6B73"/>
      <w:sz w:val="16"/>
    </w:rPr>
  </w:style>
  <w:style w:type="paragraph" w:customStyle="1" w:styleId="Small">
    <w:name w:val="Small"/>
    <w:pPr>
      <w:spacing w:after="80" w:line="259" w:lineRule="auto"/>
    </w:pPr>
    <w:rPr>
      <w:rFonts w:ascii="Aptos" w:hAnsi="Aptos"/>
      <w:color w:val="5F6B73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BF5BB1D-EC92-41F5-ABED-EA82D7F5B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485</Words>
  <Characters>2913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Ekologiczna mieszanka MGS - broszura informacyjna</vt:lpstr>
      <vt:lpstr/>
    </vt:vector>
  </TitlesOfParts>
  <Manager/>
  <Company/>
  <LinksUpToDate>false</LinksUpToDate>
  <CharactersWithSpaces>3392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Ekologiczna mieszanka MGS - broszura informacyjna</dc:title>
  <dc:subject>Projekt FEMA.01.01-IP.01-02HK/24</dc:subject>
  <dc:creator>ANODOS Sp. z o.o.</dc:creator>
  <cp:keywords>MGS, Fundusze Europejskie, EFRR, drogi samorządowe, recykling</cp:keywords>
  <dc:description>generated by python-docx</dc:description>
  <cp:lastModifiedBy>Roman Zwolenik</cp:lastModifiedBy>
  <cp:revision>2</cp:revision>
  <dcterms:created xsi:type="dcterms:W3CDTF">2026-08-26T07:22:00Z</dcterms:created>
  <dcterms:modified xsi:type="dcterms:W3CDTF">2026-08-26T07:22:00Z</dcterms:modified>
  <cp:category/>
</cp:coreProperties>
</file>